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B51F7" w14:textId="77777777" w:rsidR="00F57085" w:rsidRPr="00F57085" w:rsidRDefault="00F57085" w:rsidP="00F57085">
      <w:pPr>
        <w:jc w:val="center"/>
        <w:rPr>
          <w:rFonts w:cs="Arial"/>
          <w:b/>
          <w:sz w:val="32"/>
          <w:szCs w:val="32"/>
          <w:u w:val="single"/>
          <w:lang w:val="el-GR"/>
        </w:rPr>
      </w:pPr>
    </w:p>
    <w:p w14:paraId="35F44420" w14:textId="77777777" w:rsidR="00F57085" w:rsidRPr="00F57085" w:rsidRDefault="00F57085" w:rsidP="00F57085">
      <w:pPr>
        <w:jc w:val="center"/>
        <w:rPr>
          <w:rFonts w:cs="Arial"/>
          <w:b/>
          <w:sz w:val="32"/>
          <w:szCs w:val="32"/>
          <w:u w:val="single"/>
          <w:lang w:val="el-GR"/>
        </w:rPr>
      </w:pPr>
      <w:r w:rsidRPr="00F57085">
        <w:rPr>
          <w:rFonts w:cs="Arial"/>
          <w:b/>
          <w:sz w:val="32"/>
          <w:szCs w:val="32"/>
          <w:u w:val="single"/>
          <w:lang w:val="el-GR"/>
        </w:rPr>
        <w:t>ΠΡΟΔΙΑΓΡΑΦΗ ΕΝΟΠΛΩΝ ΔΥΝΑΜΕΩΝ</w:t>
      </w:r>
    </w:p>
    <w:p w14:paraId="76E65FD4" w14:textId="77777777" w:rsidR="00F57085" w:rsidRPr="00F57085" w:rsidRDefault="00F57085" w:rsidP="00F57085">
      <w:pPr>
        <w:jc w:val="center"/>
        <w:rPr>
          <w:rFonts w:cs="Arial"/>
          <w:sz w:val="32"/>
          <w:szCs w:val="32"/>
          <w:u w:val="single"/>
          <w:lang w:val="el-GR"/>
        </w:rPr>
      </w:pPr>
    </w:p>
    <w:p w14:paraId="7EF750E8" w14:textId="77777777" w:rsidR="00F57085" w:rsidRPr="00F57085" w:rsidRDefault="00F57085" w:rsidP="00F57085">
      <w:pPr>
        <w:jc w:val="center"/>
        <w:rPr>
          <w:rFonts w:cs="Arial"/>
          <w:sz w:val="22"/>
          <w:lang w:val="el-GR"/>
        </w:rPr>
      </w:pPr>
      <w:r w:rsidRPr="00F57085">
        <w:rPr>
          <w:rFonts w:cs="Arial"/>
          <w:b/>
          <w:sz w:val="22"/>
          <w:lang w:val="el-GR"/>
        </w:rPr>
        <w:t xml:space="preserve">ΠΕΔ – </w:t>
      </w:r>
      <w:r w:rsidRPr="00F57085">
        <w:rPr>
          <w:rFonts w:cs="Arial"/>
          <w:b/>
          <w:sz w:val="22"/>
        </w:rPr>
        <w:t>A</w:t>
      </w:r>
      <w:r>
        <w:rPr>
          <w:rFonts w:cs="Arial"/>
          <w:b/>
          <w:sz w:val="22"/>
          <w:lang w:val="el-GR"/>
        </w:rPr>
        <w:t xml:space="preserve"> – 00002</w:t>
      </w:r>
      <w:r w:rsidRPr="00F57085">
        <w:rPr>
          <w:rFonts w:cs="Arial"/>
          <w:b/>
          <w:sz w:val="22"/>
          <w:lang w:val="el-GR"/>
        </w:rPr>
        <w:t xml:space="preserve">                                                                                                  ΕΚΔΟΣΗ 1η</w:t>
      </w:r>
    </w:p>
    <w:p w14:paraId="70E7CF16" w14:textId="77777777" w:rsidR="00F57085" w:rsidRPr="00F57085" w:rsidRDefault="00F57085" w:rsidP="00F57085">
      <w:pPr>
        <w:rPr>
          <w:rFonts w:cs="Arial"/>
          <w:sz w:val="20"/>
          <w:lang w:val="el-GR"/>
        </w:rPr>
      </w:pPr>
    </w:p>
    <w:p w14:paraId="0800741C" w14:textId="77777777" w:rsidR="00631568" w:rsidRDefault="00631568">
      <w:pPr>
        <w:rPr>
          <w:lang w:val="el-GR"/>
        </w:rPr>
      </w:pPr>
    </w:p>
    <w:p w14:paraId="1473060E" w14:textId="77777777" w:rsidR="00F57085" w:rsidRDefault="00F57085">
      <w:pPr>
        <w:rPr>
          <w:lang w:val="el-GR"/>
        </w:rPr>
      </w:pPr>
    </w:p>
    <w:p w14:paraId="1BBBFD30" w14:textId="77777777" w:rsidR="00F57085" w:rsidRDefault="00F57085">
      <w:pPr>
        <w:rPr>
          <w:lang w:val="el-GR"/>
        </w:rPr>
      </w:pPr>
    </w:p>
    <w:p w14:paraId="15ECD376" w14:textId="77777777" w:rsidR="00F57085" w:rsidRDefault="00F57085">
      <w:pPr>
        <w:rPr>
          <w:lang w:val="el-GR"/>
        </w:rPr>
      </w:pPr>
    </w:p>
    <w:p w14:paraId="3979121C" w14:textId="77777777" w:rsidR="00F57085" w:rsidRDefault="00F57085">
      <w:pPr>
        <w:rPr>
          <w:lang w:val="el-GR"/>
        </w:rPr>
      </w:pPr>
    </w:p>
    <w:p w14:paraId="74B89782" w14:textId="77777777" w:rsidR="00F57085" w:rsidRDefault="00F57085">
      <w:pPr>
        <w:rPr>
          <w:lang w:val="el-GR"/>
        </w:rPr>
      </w:pPr>
    </w:p>
    <w:p w14:paraId="6899402C" w14:textId="77777777" w:rsidR="00F57085" w:rsidRPr="00F57085" w:rsidRDefault="00F57085">
      <w:pPr>
        <w:rPr>
          <w:lang w:val="el-GR"/>
        </w:rPr>
      </w:pPr>
    </w:p>
    <w:p w14:paraId="5A3FD231" w14:textId="77777777" w:rsidR="00631568" w:rsidRPr="00F57085" w:rsidRDefault="000A5455">
      <w:pPr>
        <w:jc w:val="center"/>
        <w:rPr>
          <w:sz w:val="28"/>
          <w:szCs w:val="28"/>
          <w:lang w:val="el-GR"/>
        </w:rPr>
      </w:pPr>
      <w:r w:rsidRPr="00F57085">
        <w:rPr>
          <w:b/>
          <w:sz w:val="28"/>
          <w:szCs w:val="28"/>
          <w:lang w:val="el-GR"/>
        </w:rPr>
        <w:t>ΣΥΣΚΕΥΗ ΗΛΕΚΤΡΟΧΕΙΡΟΥΡΓΙΚΗΣ ΔΙΑΘΕΡΜΙΑΣ</w:t>
      </w:r>
      <w:r w:rsidRPr="00F57085">
        <w:rPr>
          <w:b/>
          <w:sz w:val="28"/>
          <w:szCs w:val="28"/>
          <w:lang w:val="el-GR"/>
        </w:rPr>
        <w:br/>
        <w:t>ΜΟΝΟΠΟΛΙΚΗΣ ΚΑΙ ΔΙΠΟΛΙΚΗΣ ΚΟΠΗΣ – ΑΙΜΟΣΤΑΣΗΣ</w:t>
      </w:r>
    </w:p>
    <w:p w14:paraId="5D6F8574" w14:textId="77777777" w:rsidR="00631568" w:rsidRPr="00F57085" w:rsidRDefault="00631568">
      <w:pPr>
        <w:rPr>
          <w:lang w:val="el-GR"/>
        </w:rPr>
      </w:pPr>
    </w:p>
    <w:p w14:paraId="1A5FA350" w14:textId="77777777" w:rsidR="00631568" w:rsidRPr="00F57085" w:rsidRDefault="000A5455">
      <w:pPr>
        <w:jc w:val="center"/>
        <w:rPr>
          <w:lang w:val="el-GR"/>
        </w:rPr>
      </w:pPr>
      <w:r w:rsidRPr="00F57085">
        <w:rPr>
          <w:lang w:val="el-GR"/>
        </w:rPr>
        <w:br/>
      </w:r>
      <w:r w:rsidRPr="00F57085">
        <w:rPr>
          <w:lang w:val="el-GR"/>
        </w:rPr>
        <w:br/>
      </w:r>
    </w:p>
    <w:p w14:paraId="6208E451" w14:textId="77777777" w:rsidR="00F57085" w:rsidRDefault="00F57085" w:rsidP="00F57085">
      <w:pPr>
        <w:ind w:left="2160" w:firstLine="720"/>
        <w:rPr>
          <w:b/>
          <w:lang w:val="el-GR"/>
        </w:rPr>
      </w:pPr>
    </w:p>
    <w:p w14:paraId="0A2BD05F" w14:textId="77777777" w:rsidR="00F57085" w:rsidRDefault="00F57085" w:rsidP="00F57085">
      <w:pPr>
        <w:ind w:left="2160" w:firstLine="720"/>
        <w:rPr>
          <w:b/>
          <w:lang w:val="el-GR"/>
        </w:rPr>
      </w:pPr>
    </w:p>
    <w:p w14:paraId="4DE570ED" w14:textId="77777777" w:rsidR="00F57085" w:rsidRDefault="00F57085" w:rsidP="00F57085">
      <w:pPr>
        <w:ind w:left="2160" w:firstLine="720"/>
        <w:rPr>
          <w:b/>
          <w:lang w:val="el-GR"/>
        </w:rPr>
      </w:pPr>
    </w:p>
    <w:p w14:paraId="762A1893" w14:textId="77777777" w:rsidR="00F57085" w:rsidRPr="00F57085" w:rsidRDefault="00F57085" w:rsidP="00F57085">
      <w:pPr>
        <w:ind w:left="5760" w:firstLine="720"/>
        <w:rPr>
          <w:sz w:val="20"/>
          <w:szCs w:val="20"/>
          <w:lang w:val="el-GR"/>
        </w:rPr>
      </w:pPr>
      <w:r>
        <w:rPr>
          <w:b/>
          <w:sz w:val="20"/>
          <w:szCs w:val="20"/>
          <w:lang w:val="el-GR"/>
        </w:rPr>
        <w:t xml:space="preserve"> </w:t>
      </w:r>
      <w:r w:rsidRPr="00F57085">
        <w:rPr>
          <w:b/>
          <w:sz w:val="20"/>
          <w:szCs w:val="20"/>
          <w:lang w:val="el-GR"/>
        </w:rPr>
        <w:t>29 ΟΚΤΩΒΡΙΟΥ 2026</w:t>
      </w:r>
    </w:p>
    <w:p w14:paraId="47FDAF7F" w14:textId="77777777" w:rsidR="00F57085" w:rsidRPr="00F57085" w:rsidRDefault="00F57085" w:rsidP="00F57085">
      <w:pPr>
        <w:rPr>
          <w:sz w:val="20"/>
          <w:szCs w:val="20"/>
          <w:lang w:val="el-GR"/>
        </w:rPr>
      </w:pPr>
    </w:p>
    <w:p w14:paraId="6A426AC9" w14:textId="77777777" w:rsidR="00F57085" w:rsidRPr="00F57085" w:rsidRDefault="00F57085" w:rsidP="00F57085">
      <w:pPr>
        <w:ind w:left="5760" w:firstLine="720"/>
        <w:rPr>
          <w:sz w:val="20"/>
          <w:szCs w:val="20"/>
          <w:lang w:val="el-GR"/>
        </w:rPr>
      </w:pPr>
      <w:r w:rsidRPr="00F57085">
        <w:rPr>
          <w:b/>
          <w:sz w:val="20"/>
          <w:szCs w:val="20"/>
          <w:lang w:val="el-GR"/>
        </w:rPr>
        <w:t>ΕΛΛΗΝΙΚΗ ΔΗΜΟΚΡΑΤΙΑ</w:t>
      </w:r>
    </w:p>
    <w:p w14:paraId="11077E15" w14:textId="77777777" w:rsidR="00F57085" w:rsidRPr="00F57085" w:rsidRDefault="00F57085" w:rsidP="00F57085">
      <w:pPr>
        <w:ind w:left="5760" w:firstLine="720"/>
        <w:rPr>
          <w:sz w:val="20"/>
          <w:szCs w:val="20"/>
          <w:lang w:val="el-GR"/>
        </w:rPr>
      </w:pPr>
      <w:r w:rsidRPr="00F57085">
        <w:rPr>
          <w:b/>
          <w:sz w:val="20"/>
          <w:szCs w:val="20"/>
          <w:lang w:val="el-GR"/>
        </w:rPr>
        <w:t>ΥΠΟΥΡΓΕΙΟ ΕΘΝΙΚΗΣ ΑΜΥΝΑΣ</w:t>
      </w:r>
    </w:p>
    <w:p w14:paraId="677CB608" w14:textId="77777777" w:rsidR="00F57085" w:rsidRPr="00F57085" w:rsidRDefault="000A5455" w:rsidP="00F57085">
      <w:pPr>
        <w:rPr>
          <w:sz w:val="20"/>
          <w:szCs w:val="20"/>
          <w:lang w:val="el-GR"/>
        </w:rPr>
      </w:pPr>
      <w:r w:rsidRPr="00F57085">
        <w:rPr>
          <w:sz w:val="20"/>
          <w:szCs w:val="20"/>
          <w:lang w:val="el-GR"/>
        </w:rPr>
        <w:br w:type="page"/>
      </w:r>
    </w:p>
    <w:p w14:paraId="366038E8" w14:textId="77777777" w:rsidR="00981513" w:rsidRPr="00981513" w:rsidRDefault="00981513" w:rsidP="00981513">
      <w:pPr>
        <w:keepNext/>
        <w:keepLines/>
        <w:spacing w:before="480" w:after="0"/>
        <w:jc w:val="center"/>
        <w:outlineLvl w:val="0"/>
        <w:rPr>
          <w:rFonts w:eastAsiaTheme="majorEastAsia" w:cs="Arial"/>
          <w:bCs/>
          <w:sz w:val="24"/>
          <w:szCs w:val="28"/>
          <w:lang w:val="el-GR"/>
        </w:rPr>
      </w:pPr>
      <w:r>
        <w:rPr>
          <w:rFonts w:eastAsiaTheme="majorEastAsia" w:cs="Arial"/>
          <w:bCs/>
          <w:sz w:val="24"/>
          <w:szCs w:val="28"/>
          <w:lang w:val="el-GR"/>
        </w:rPr>
        <w:lastRenderedPageBreak/>
        <w:t xml:space="preserve">               </w:t>
      </w:r>
      <w:r w:rsidRPr="00981513">
        <w:rPr>
          <w:rFonts w:eastAsiaTheme="majorEastAsia" w:cs="Arial"/>
          <w:bCs/>
          <w:sz w:val="24"/>
          <w:szCs w:val="28"/>
          <w:lang w:val="el-GR"/>
        </w:rPr>
        <w:t xml:space="preserve">ΠΙΝΑΚΑΣ ΠΕΡΙΕΧΟΜΕΝΩΝ     </w:t>
      </w:r>
      <w:r>
        <w:rPr>
          <w:rFonts w:eastAsiaTheme="majorEastAsia" w:cs="Arial"/>
          <w:bCs/>
          <w:sz w:val="24"/>
          <w:szCs w:val="28"/>
          <w:lang w:val="el-GR"/>
        </w:rPr>
        <w:t xml:space="preserve">                        </w:t>
      </w:r>
      <w:r w:rsidRPr="00981513">
        <w:rPr>
          <w:rFonts w:eastAsiaTheme="majorEastAsia" w:cs="Arial"/>
          <w:bCs/>
          <w:sz w:val="24"/>
          <w:szCs w:val="28"/>
          <w:lang w:val="el-GR"/>
        </w:rPr>
        <w:t xml:space="preserve"> ΣΕΛΙΔΑ</w:t>
      </w:r>
    </w:p>
    <w:p w14:paraId="2473FA9E" w14:textId="77777777" w:rsidR="00981513" w:rsidRPr="00981513" w:rsidRDefault="00981513" w:rsidP="00981513">
      <w:pPr>
        <w:rPr>
          <w:sz w:val="20"/>
          <w:lang w:val="el-GR"/>
        </w:rPr>
      </w:pPr>
    </w:p>
    <w:p w14:paraId="10624D2D" w14:textId="77777777" w:rsidR="00981513" w:rsidRPr="00981513" w:rsidRDefault="00981513" w:rsidP="00981513">
      <w:pPr>
        <w:rPr>
          <w:rFonts w:cs="Arial"/>
          <w:sz w:val="22"/>
          <w:lang w:val="el-GR"/>
        </w:rPr>
      </w:pPr>
      <w:r w:rsidRPr="00981513">
        <w:rPr>
          <w:rFonts w:cs="Arial"/>
          <w:sz w:val="22"/>
          <w:lang w:val="el-GR"/>
        </w:rPr>
        <w:t>1. Πεδίο Εφαρμογής</w:t>
      </w:r>
      <w:r w:rsidRPr="00981513">
        <w:rPr>
          <w:rFonts w:cs="Arial"/>
          <w:sz w:val="22"/>
          <w:lang w:val="el-GR"/>
        </w:rPr>
        <w:tab/>
      </w:r>
      <w:r w:rsidRPr="00981513">
        <w:rPr>
          <w:rFonts w:cs="Arial"/>
          <w:sz w:val="22"/>
          <w:lang w:val="el-GR"/>
        </w:rPr>
        <w:tab/>
      </w:r>
      <w:r w:rsidRPr="00981513">
        <w:rPr>
          <w:rFonts w:cs="Arial"/>
          <w:sz w:val="22"/>
          <w:lang w:val="el-GR"/>
        </w:rPr>
        <w:tab/>
      </w:r>
      <w:r w:rsidRPr="00981513">
        <w:rPr>
          <w:rFonts w:cs="Arial"/>
          <w:sz w:val="22"/>
          <w:lang w:val="el-GR"/>
        </w:rPr>
        <w:tab/>
      </w:r>
      <w:r w:rsidRPr="00981513">
        <w:rPr>
          <w:rFonts w:cs="Arial"/>
          <w:sz w:val="22"/>
          <w:lang w:val="el-GR"/>
        </w:rPr>
        <w:tab/>
      </w:r>
      <w:r w:rsidRPr="00981513">
        <w:rPr>
          <w:rFonts w:cs="Arial"/>
          <w:sz w:val="22"/>
          <w:lang w:val="el-GR"/>
        </w:rPr>
        <w:tab/>
      </w:r>
      <w:r w:rsidRPr="00981513">
        <w:rPr>
          <w:rFonts w:cs="Arial"/>
          <w:sz w:val="22"/>
          <w:lang w:val="el-GR"/>
        </w:rPr>
        <w:tab/>
        <w:t xml:space="preserve">            </w:t>
      </w:r>
      <w:r w:rsidRPr="00981513">
        <w:rPr>
          <w:rFonts w:cs="Arial"/>
          <w:sz w:val="22"/>
          <w:lang w:val="el-GR"/>
        </w:rPr>
        <w:tab/>
        <w:t xml:space="preserve">  3</w:t>
      </w:r>
    </w:p>
    <w:p w14:paraId="26377FA8" w14:textId="77777777" w:rsidR="00981513" w:rsidRPr="00981513" w:rsidRDefault="00981513" w:rsidP="00981513">
      <w:pPr>
        <w:rPr>
          <w:rFonts w:cs="Arial"/>
          <w:sz w:val="22"/>
          <w:lang w:val="el-GR"/>
        </w:rPr>
      </w:pPr>
      <w:r w:rsidRPr="00981513">
        <w:rPr>
          <w:rFonts w:cs="Arial"/>
          <w:sz w:val="22"/>
          <w:lang w:val="el-GR"/>
        </w:rPr>
        <w:t>2. Σχετικά Έγγραφα                                                                                                    3</w:t>
      </w:r>
    </w:p>
    <w:p w14:paraId="3A290E5F" w14:textId="77777777" w:rsidR="00981513" w:rsidRPr="00981513" w:rsidRDefault="00981513" w:rsidP="00981513">
      <w:pPr>
        <w:rPr>
          <w:rFonts w:cs="Arial"/>
          <w:sz w:val="22"/>
          <w:lang w:val="el-GR"/>
        </w:rPr>
      </w:pPr>
      <w:r w:rsidRPr="00981513">
        <w:rPr>
          <w:rFonts w:cs="Arial"/>
          <w:sz w:val="22"/>
          <w:lang w:val="el-GR"/>
        </w:rPr>
        <w:t>3. Ταξινόμηση                                                                                                             3</w:t>
      </w:r>
    </w:p>
    <w:p w14:paraId="54193125" w14:textId="77777777" w:rsidR="00981513" w:rsidRPr="00981513" w:rsidRDefault="00981513" w:rsidP="00981513">
      <w:pPr>
        <w:rPr>
          <w:rFonts w:cs="Arial"/>
          <w:sz w:val="22"/>
          <w:lang w:val="el-GR"/>
        </w:rPr>
      </w:pPr>
      <w:r w:rsidRPr="00981513">
        <w:rPr>
          <w:rFonts w:cs="Arial"/>
          <w:sz w:val="22"/>
          <w:lang w:val="el-GR"/>
        </w:rPr>
        <w:t xml:space="preserve">4. Τεχνικά Χαρακτηριστικά                                                                </w:t>
      </w:r>
      <w:r w:rsidR="005A4DF5">
        <w:rPr>
          <w:rFonts w:cs="Arial"/>
          <w:sz w:val="22"/>
          <w:lang w:val="el-GR"/>
        </w:rPr>
        <w:t xml:space="preserve">                         </w:t>
      </w:r>
      <w:r w:rsidRPr="00981513">
        <w:rPr>
          <w:rFonts w:cs="Arial"/>
          <w:sz w:val="22"/>
          <w:lang w:val="el-GR"/>
        </w:rPr>
        <w:t xml:space="preserve"> 3</w:t>
      </w:r>
    </w:p>
    <w:p w14:paraId="657F4217" w14:textId="77777777" w:rsidR="00981513" w:rsidRPr="00981513" w:rsidRDefault="00981513" w:rsidP="00981513">
      <w:pPr>
        <w:rPr>
          <w:rFonts w:cs="Arial"/>
          <w:sz w:val="22"/>
          <w:lang w:val="el-GR"/>
        </w:rPr>
      </w:pPr>
      <w:r w:rsidRPr="00981513">
        <w:rPr>
          <w:rFonts w:cs="Arial"/>
          <w:sz w:val="22"/>
          <w:lang w:val="el-GR"/>
        </w:rPr>
        <w:t>4.1 Ορισμός Υλικού</w:t>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t xml:space="preserve">             </w:t>
      </w:r>
      <w:r w:rsidRPr="00981513">
        <w:rPr>
          <w:rFonts w:cs="Arial"/>
          <w:sz w:val="22"/>
          <w:lang w:val="el-GR"/>
        </w:rPr>
        <w:t xml:space="preserve"> 3</w:t>
      </w:r>
    </w:p>
    <w:p w14:paraId="5E174A8A" w14:textId="77777777" w:rsidR="00981513" w:rsidRPr="00981513" w:rsidRDefault="00981513" w:rsidP="00981513">
      <w:pPr>
        <w:tabs>
          <w:tab w:val="left" w:pos="7797"/>
          <w:tab w:val="left" w:pos="8080"/>
        </w:tabs>
        <w:rPr>
          <w:rFonts w:cs="Arial"/>
          <w:sz w:val="22"/>
          <w:lang w:val="el-GR"/>
        </w:rPr>
      </w:pPr>
      <w:r w:rsidRPr="00981513">
        <w:rPr>
          <w:rFonts w:cs="Arial"/>
          <w:sz w:val="22"/>
          <w:lang w:val="el-GR"/>
        </w:rPr>
        <w:t>4.2 Φυσικά Χαρακτηριστικά</w:t>
      </w:r>
      <w:r w:rsidR="005A4DF5">
        <w:rPr>
          <w:rFonts w:cs="Arial"/>
          <w:sz w:val="22"/>
          <w:lang w:val="el-GR"/>
        </w:rPr>
        <w:t xml:space="preserve"> </w:t>
      </w:r>
      <w:r w:rsidR="005A4DF5">
        <w:rPr>
          <w:rFonts w:cs="Arial"/>
          <w:sz w:val="22"/>
          <w:lang w:val="el-GR"/>
        </w:rPr>
        <w:tab/>
        <w:t xml:space="preserve">  </w:t>
      </w:r>
      <w:r w:rsidRPr="00981513">
        <w:rPr>
          <w:rFonts w:cs="Arial"/>
          <w:sz w:val="22"/>
          <w:lang w:val="el-GR"/>
        </w:rPr>
        <w:t xml:space="preserve">  3</w:t>
      </w:r>
    </w:p>
    <w:p w14:paraId="3E937656" w14:textId="77777777" w:rsidR="00981513" w:rsidRPr="00981513" w:rsidRDefault="00981513" w:rsidP="00981513">
      <w:pPr>
        <w:rPr>
          <w:rFonts w:cs="Arial"/>
          <w:sz w:val="22"/>
          <w:lang w:val="el-GR"/>
        </w:rPr>
      </w:pPr>
      <w:r w:rsidRPr="00981513">
        <w:rPr>
          <w:rFonts w:cs="Arial"/>
          <w:sz w:val="22"/>
          <w:lang w:val="el-GR"/>
        </w:rPr>
        <w:t>4.3 Παρελκόμενα</w:t>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r>
      <w:r w:rsidR="005A4DF5">
        <w:rPr>
          <w:rFonts w:cs="Arial"/>
          <w:sz w:val="22"/>
          <w:lang w:val="el-GR"/>
        </w:rPr>
        <w:tab/>
        <w:t xml:space="preserve">             </w:t>
      </w:r>
      <w:r w:rsidRPr="00981513">
        <w:rPr>
          <w:rFonts w:cs="Arial"/>
          <w:sz w:val="22"/>
          <w:lang w:val="el-GR"/>
        </w:rPr>
        <w:t xml:space="preserve"> 5</w:t>
      </w:r>
    </w:p>
    <w:p w14:paraId="3A2F91CA" w14:textId="77777777" w:rsidR="00981513" w:rsidRPr="00981513" w:rsidRDefault="00981513" w:rsidP="00981513">
      <w:pPr>
        <w:rPr>
          <w:rFonts w:cs="Arial"/>
          <w:sz w:val="22"/>
          <w:lang w:val="el-GR"/>
        </w:rPr>
      </w:pPr>
      <w:r w:rsidRPr="00981513">
        <w:rPr>
          <w:rFonts w:cs="Arial"/>
          <w:sz w:val="22"/>
          <w:lang w:val="el-GR"/>
        </w:rPr>
        <w:t>4.4 Δυνατότητα Συντήρησης                                                                                       5</w:t>
      </w:r>
    </w:p>
    <w:p w14:paraId="4DF8D656" w14:textId="77777777" w:rsidR="00981513" w:rsidRPr="00981513" w:rsidRDefault="00981513" w:rsidP="00981513">
      <w:pPr>
        <w:rPr>
          <w:rFonts w:cs="Arial"/>
          <w:sz w:val="22"/>
          <w:lang w:val="el-GR"/>
        </w:rPr>
      </w:pPr>
      <w:r w:rsidRPr="00981513">
        <w:rPr>
          <w:rFonts w:cs="Arial"/>
          <w:sz w:val="22"/>
          <w:lang w:val="el-GR"/>
        </w:rPr>
        <w:t xml:space="preserve">4.5 Εγκατάσταση                                                                       </w:t>
      </w:r>
      <w:r w:rsidR="005A4DF5">
        <w:rPr>
          <w:rFonts w:cs="Arial"/>
          <w:sz w:val="22"/>
          <w:lang w:val="el-GR"/>
        </w:rPr>
        <w:t xml:space="preserve">                               </w:t>
      </w:r>
      <w:r w:rsidRPr="00981513">
        <w:rPr>
          <w:rFonts w:cs="Arial"/>
          <w:sz w:val="22"/>
          <w:lang w:val="el-GR"/>
        </w:rPr>
        <w:t xml:space="preserve">  5</w:t>
      </w:r>
    </w:p>
    <w:p w14:paraId="5E4386EB" w14:textId="77777777" w:rsidR="00981513" w:rsidRPr="00981513" w:rsidRDefault="00981513" w:rsidP="00981513">
      <w:pPr>
        <w:rPr>
          <w:rFonts w:cs="Arial"/>
          <w:sz w:val="22"/>
          <w:lang w:val="el-GR"/>
        </w:rPr>
      </w:pPr>
      <w:r w:rsidRPr="00981513">
        <w:rPr>
          <w:rFonts w:cs="Arial"/>
          <w:sz w:val="22"/>
          <w:lang w:val="el-GR"/>
        </w:rPr>
        <w:t>4.6 Επισήμανση                                                                                                          5</w:t>
      </w:r>
    </w:p>
    <w:p w14:paraId="5F9BD1DE" w14:textId="77777777" w:rsidR="00981513" w:rsidRPr="00981513" w:rsidRDefault="00981513" w:rsidP="00981513">
      <w:pPr>
        <w:rPr>
          <w:rFonts w:cs="Arial"/>
          <w:sz w:val="22"/>
          <w:lang w:val="el-GR"/>
        </w:rPr>
      </w:pPr>
      <w:r w:rsidRPr="00981513">
        <w:rPr>
          <w:rFonts w:cs="Arial"/>
          <w:sz w:val="22"/>
          <w:lang w:val="el-GR"/>
        </w:rPr>
        <w:t xml:space="preserve">4.7 Υπηρεσίες Υποστήριξης                                                     </w:t>
      </w:r>
      <w:r w:rsidR="005A4DF5">
        <w:rPr>
          <w:rFonts w:cs="Arial"/>
          <w:sz w:val="22"/>
          <w:lang w:val="el-GR"/>
        </w:rPr>
        <w:t xml:space="preserve">                               </w:t>
      </w:r>
      <w:r w:rsidRPr="00981513">
        <w:rPr>
          <w:rFonts w:cs="Arial"/>
          <w:sz w:val="22"/>
          <w:lang w:val="el-GR"/>
        </w:rPr>
        <w:t xml:space="preserve">   6</w:t>
      </w:r>
    </w:p>
    <w:p w14:paraId="77CF0C15" w14:textId="77777777" w:rsidR="00981513" w:rsidRPr="00981513" w:rsidRDefault="00981513" w:rsidP="00981513">
      <w:pPr>
        <w:rPr>
          <w:rFonts w:cs="Arial"/>
          <w:sz w:val="22"/>
          <w:lang w:val="el-GR"/>
        </w:rPr>
      </w:pPr>
      <w:r w:rsidRPr="00981513">
        <w:rPr>
          <w:rFonts w:cs="Arial"/>
          <w:sz w:val="22"/>
          <w:lang w:val="el-GR"/>
        </w:rPr>
        <w:t>5. Απατήσεις Συμμόρφωσης Υλικού                                                                           6</w:t>
      </w:r>
    </w:p>
    <w:p w14:paraId="5D0F8B0C" w14:textId="77777777" w:rsidR="00981513" w:rsidRPr="00981513" w:rsidRDefault="00981513" w:rsidP="00981513">
      <w:pPr>
        <w:rPr>
          <w:rFonts w:cs="Arial"/>
          <w:sz w:val="22"/>
          <w:lang w:val="el-GR"/>
        </w:rPr>
      </w:pPr>
      <w:r w:rsidRPr="00981513">
        <w:rPr>
          <w:rFonts w:cs="Arial"/>
          <w:sz w:val="22"/>
          <w:lang w:val="el-GR"/>
        </w:rPr>
        <w:t>5.1 Συνοδευτικά Έγγραφα / Πιστοποιητικά                                                                 6</w:t>
      </w:r>
    </w:p>
    <w:p w14:paraId="38562A4B" w14:textId="77777777" w:rsidR="00981513" w:rsidRPr="00981513" w:rsidRDefault="00981513" w:rsidP="00981513">
      <w:pPr>
        <w:rPr>
          <w:rFonts w:cs="Arial"/>
          <w:sz w:val="22"/>
          <w:lang w:val="el-GR"/>
        </w:rPr>
      </w:pPr>
      <w:r w:rsidRPr="00981513">
        <w:rPr>
          <w:rFonts w:cs="Arial"/>
          <w:sz w:val="22"/>
          <w:lang w:val="el-GR"/>
        </w:rPr>
        <w:t xml:space="preserve">5.2 Επιθεωρήσεις / Δοκιμές                                                                                        </w:t>
      </w:r>
      <w:r w:rsidR="005A4DF5">
        <w:rPr>
          <w:rFonts w:cs="Arial"/>
          <w:sz w:val="22"/>
          <w:lang w:val="el-GR"/>
        </w:rPr>
        <w:t>7</w:t>
      </w:r>
    </w:p>
    <w:p w14:paraId="5CA15E67" w14:textId="77777777" w:rsidR="00981513" w:rsidRPr="00981513" w:rsidRDefault="00981513" w:rsidP="00981513">
      <w:pPr>
        <w:rPr>
          <w:rFonts w:cs="Arial"/>
          <w:sz w:val="22"/>
          <w:lang w:val="el-GR"/>
        </w:rPr>
      </w:pPr>
      <w:r w:rsidRPr="00981513">
        <w:rPr>
          <w:rFonts w:cs="Arial"/>
          <w:sz w:val="22"/>
          <w:lang w:val="el-GR"/>
        </w:rPr>
        <w:t>6. Λοιπές Απατήσεις                                                                                                   7</w:t>
      </w:r>
    </w:p>
    <w:p w14:paraId="35AF897C" w14:textId="77777777" w:rsidR="00981513" w:rsidRPr="00981513" w:rsidRDefault="00981513" w:rsidP="00981513">
      <w:pPr>
        <w:rPr>
          <w:rFonts w:cs="Arial"/>
          <w:sz w:val="22"/>
          <w:lang w:val="el-GR"/>
        </w:rPr>
      </w:pPr>
      <w:r w:rsidRPr="00981513">
        <w:rPr>
          <w:rFonts w:cs="Arial"/>
          <w:sz w:val="22"/>
          <w:lang w:val="el-GR"/>
        </w:rPr>
        <w:t xml:space="preserve">7. Περιεχόμενο Προσφοράς                                                   </w:t>
      </w:r>
      <w:r w:rsidR="005A4DF5">
        <w:rPr>
          <w:rFonts w:cs="Arial"/>
          <w:sz w:val="22"/>
          <w:lang w:val="el-GR"/>
        </w:rPr>
        <w:t xml:space="preserve">                               </w:t>
      </w:r>
      <w:r w:rsidRPr="00981513">
        <w:rPr>
          <w:rFonts w:cs="Arial"/>
          <w:sz w:val="22"/>
          <w:lang w:val="el-GR"/>
        </w:rPr>
        <w:t xml:space="preserve">     </w:t>
      </w:r>
      <w:r w:rsidR="005A4DF5">
        <w:rPr>
          <w:rFonts w:cs="Arial"/>
          <w:sz w:val="22"/>
          <w:lang w:val="el-GR"/>
        </w:rPr>
        <w:t>8</w:t>
      </w:r>
    </w:p>
    <w:p w14:paraId="2A3A1B63" w14:textId="77777777" w:rsidR="00981513" w:rsidRPr="00981513" w:rsidRDefault="00981513" w:rsidP="00981513">
      <w:pPr>
        <w:rPr>
          <w:rFonts w:cs="Arial"/>
          <w:sz w:val="22"/>
          <w:lang w:val="el-GR"/>
        </w:rPr>
      </w:pPr>
      <w:r w:rsidRPr="00981513">
        <w:rPr>
          <w:rFonts w:cs="Arial"/>
          <w:sz w:val="22"/>
          <w:lang w:val="el-GR"/>
        </w:rPr>
        <w:t xml:space="preserve">8. Προτάσεις Βελτίωσης                                                                            </w:t>
      </w:r>
      <w:r w:rsidR="005A4DF5">
        <w:rPr>
          <w:rFonts w:cs="Arial"/>
          <w:sz w:val="22"/>
          <w:lang w:val="el-GR"/>
        </w:rPr>
        <w:t xml:space="preserve">             </w:t>
      </w:r>
      <w:r w:rsidRPr="00981513">
        <w:rPr>
          <w:rFonts w:cs="Arial"/>
          <w:sz w:val="22"/>
          <w:lang w:val="el-GR"/>
        </w:rPr>
        <w:t xml:space="preserve">    </w:t>
      </w:r>
      <w:r w:rsidR="005A4DF5">
        <w:rPr>
          <w:rFonts w:cs="Arial"/>
          <w:sz w:val="22"/>
          <w:lang w:val="el-GR"/>
        </w:rPr>
        <w:t>8</w:t>
      </w:r>
    </w:p>
    <w:p w14:paraId="1239676E" w14:textId="77777777" w:rsidR="00981513" w:rsidRPr="00981513" w:rsidRDefault="00981513" w:rsidP="00981513">
      <w:pPr>
        <w:rPr>
          <w:rFonts w:cs="Arial"/>
          <w:sz w:val="22"/>
          <w:lang w:val="el-GR"/>
        </w:rPr>
      </w:pPr>
      <w:r w:rsidRPr="00981513">
        <w:rPr>
          <w:rFonts w:cs="Arial"/>
          <w:sz w:val="22"/>
          <w:lang w:val="el-GR"/>
        </w:rPr>
        <w:t>ΠΡΟΣΘΗΚΗ Ι – Υπόδειγμα Υπεύθυνης Δήλωσης</w:t>
      </w:r>
      <w:r w:rsidRPr="00981513">
        <w:rPr>
          <w:rFonts w:cs="Arial"/>
          <w:sz w:val="22"/>
          <w:lang w:val="el-GR"/>
        </w:rPr>
        <w:tab/>
      </w:r>
      <w:r w:rsidRPr="00981513">
        <w:rPr>
          <w:rFonts w:cs="Arial"/>
          <w:sz w:val="22"/>
          <w:lang w:val="el-GR"/>
        </w:rPr>
        <w:tab/>
      </w:r>
      <w:r w:rsidRPr="00981513">
        <w:rPr>
          <w:rFonts w:cs="Arial"/>
          <w:sz w:val="22"/>
          <w:lang w:val="el-GR"/>
        </w:rPr>
        <w:tab/>
      </w:r>
      <w:r w:rsidRPr="00981513">
        <w:rPr>
          <w:rFonts w:cs="Arial"/>
          <w:sz w:val="22"/>
          <w:lang w:val="el-GR"/>
        </w:rPr>
        <w:tab/>
        <w:t xml:space="preserve">              </w:t>
      </w:r>
      <w:r w:rsidR="005A4DF5">
        <w:rPr>
          <w:rFonts w:cs="Arial"/>
          <w:sz w:val="22"/>
          <w:lang w:val="el-GR"/>
        </w:rPr>
        <w:t>9</w:t>
      </w:r>
    </w:p>
    <w:p w14:paraId="3F419EDC" w14:textId="77777777" w:rsidR="00981513" w:rsidRDefault="00981513" w:rsidP="00981513">
      <w:pPr>
        <w:rPr>
          <w:rFonts w:cs="Arial"/>
          <w:sz w:val="22"/>
          <w:lang w:val="el-GR"/>
        </w:rPr>
      </w:pPr>
      <w:r w:rsidRPr="00981513">
        <w:rPr>
          <w:rFonts w:cs="Arial"/>
          <w:sz w:val="22"/>
          <w:lang w:val="el-GR"/>
        </w:rPr>
        <w:t xml:space="preserve">ΠΡΟΣΘΗΚΗ ΙΙ – Παρελκόμενα που δεν θα συνοδεύουν το είδος </w:t>
      </w:r>
      <w:r w:rsidRPr="00981513">
        <w:rPr>
          <w:rFonts w:cs="Arial"/>
          <w:sz w:val="22"/>
          <w:lang w:val="el-GR"/>
        </w:rPr>
        <w:tab/>
      </w:r>
      <w:r>
        <w:rPr>
          <w:rFonts w:cs="Arial"/>
          <w:sz w:val="22"/>
          <w:lang w:val="el-GR"/>
        </w:rPr>
        <w:tab/>
      </w:r>
      <w:r>
        <w:rPr>
          <w:rFonts w:cs="Arial"/>
          <w:sz w:val="22"/>
          <w:lang w:val="el-GR"/>
        </w:rPr>
        <w:tab/>
        <w:t xml:space="preserve"> </w:t>
      </w:r>
      <w:r w:rsidR="005A4DF5">
        <w:rPr>
          <w:rFonts w:cs="Arial"/>
          <w:sz w:val="22"/>
          <w:lang w:val="el-GR"/>
        </w:rPr>
        <w:t>11</w:t>
      </w:r>
      <w:r>
        <w:rPr>
          <w:rFonts w:cs="Arial"/>
          <w:sz w:val="22"/>
          <w:lang w:val="el-GR"/>
        </w:rPr>
        <w:tab/>
      </w:r>
      <w:r>
        <w:rPr>
          <w:rFonts w:cs="Arial"/>
          <w:sz w:val="22"/>
          <w:lang w:val="el-GR"/>
        </w:rPr>
        <w:tab/>
      </w:r>
    </w:p>
    <w:p w14:paraId="537824BA" w14:textId="77777777" w:rsidR="00981513" w:rsidRPr="00981513" w:rsidRDefault="00981513" w:rsidP="00981513">
      <w:pPr>
        <w:rPr>
          <w:rFonts w:cs="Arial"/>
          <w:sz w:val="22"/>
          <w:lang w:val="el-GR"/>
        </w:rPr>
      </w:pPr>
      <w:r w:rsidRPr="00981513">
        <w:rPr>
          <w:rFonts w:cs="Arial"/>
          <w:sz w:val="22"/>
          <w:lang w:val="el-GR"/>
        </w:rPr>
        <w:t>ΕΓΚΡΙΣΗ ΤΕΧΝΙΚΗΣ ΠΡΟΔΙΑΓΡΑΦΗΣ</w:t>
      </w:r>
      <w:r w:rsidRPr="00981513">
        <w:rPr>
          <w:rFonts w:cs="Arial"/>
          <w:sz w:val="22"/>
          <w:lang w:val="el-GR"/>
        </w:rPr>
        <w:tab/>
      </w:r>
      <w:r w:rsidRPr="00981513">
        <w:rPr>
          <w:rFonts w:cs="Arial"/>
          <w:sz w:val="22"/>
          <w:lang w:val="el-GR"/>
        </w:rPr>
        <w:tab/>
      </w:r>
      <w:r w:rsidRPr="00981513">
        <w:rPr>
          <w:rFonts w:cs="Arial"/>
          <w:sz w:val="22"/>
          <w:lang w:val="el-GR"/>
        </w:rPr>
        <w:tab/>
      </w:r>
      <w:r w:rsidRPr="00981513">
        <w:rPr>
          <w:rFonts w:cs="Arial"/>
          <w:sz w:val="22"/>
          <w:lang w:val="el-GR"/>
        </w:rPr>
        <w:tab/>
      </w:r>
      <w:r w:rsidRPr="00981513">
        <w:rPr>
          <w:rFonts w:cs="Arial"/>
          <w:sz w:val="22"/>
          <w:lang w:val="el-GR"/>
        </w:rPr>
        <w:tab/>
        <w:t xml:space="preserve">             1</w:t>
      </w:r>
      <w:r w:rsidR="005A4DF5">
        <w:rPr>
          <w:rFonts w:cs="Arial"/>
          <w:sz w:val="22"/>
          <w:lang w:val="el-GR"/>
        </w:rPr>
        <w:t>2</w:t>
      </w:r>
    </w:p>
    <w:p w14:paraId="4325E65C" w14:textId="77777777" w:rsidR="00981513" w:rsidRPr="00981513" w:rsidRDefault="00981513" w:rsidP="00981513">
      <w:pPr>
        <w:rPr>
          <w:rFonts w:cs="Arial"/>
          <w:sz w:val="22"/>
          <w:lang w:val="el-GR"/>
        </w:rPr>
      </w:pPr>
      <w:r w:rsidRPr="00981513">
        <w:rPr>
          <w:rFonts w:cs="Arial"/>
          <w:sz w:val="22"/>
          <w:lang w:val="el-GR"/>
        </w:rPr>
        <w:br w:type="page"/>
      </w:r>
    </w:p>
    <w:p w14:paraId="20033BC1" w14:textId="77777777" w:rsidR="00981513" w:rsidRDefault="00693997" w:rsidP="00693997">
      <w:pPr>
        <w:spacing w:after="60"/>
        <w:rPr>
          <w:rFonts w:cs="Arial"/>
          <w:b/>
          <w:bCs/>
          <w:sz w:val="24"/>
          <w:szCs w:val="24"/>
          <w:lang w:val="el-GR"/>
        </w:rPr>
      </w:pPr>
      <w:r>
        <w:rPr>
          <w:rFonts w:cs="Arial"/>
          <w:b/>
          <w:bCs/>
          <w:sz w:val="22"/>
          <w:lang w:val="el-GR"/>
        </w:rPr>
        <w:lastRenderedPageBreak/>
        <w:t xml:space="preserve">1.   </w:t>
      </w:r>
      <w:r w:rsidR="00981513" w:rsidRPr="00981513">
        <w:rPr>
          <w:rFonts w:cs="Arial"/>
          <w:b/>
          <w:bCs/>
          <w:sz w:val="22"/>
          <w:lang w:val="el-GR"/>
        </w:rPr>
        <w:t xml:space="preserve"> </w:t>
      </w:r>
      <w:r w:rsidR="00981513" w:rsidRPr="00693997">
        <w:rPr>
          <w:rFonts w:cs="Arial"/>
          <w:b/>
          <w:bCs/>
          <w:sz w:val="24"/>
          <w:szCs w:val="24"/>
          <w:lang w:val="el-GR"/>
        </w:rPr>
        <w:t>ΠΕΔΙΟ ΕΦΑΡΜΟΓΗΣ</w:t>
      </w:r>
    </w:p>
    <w:p w14:paraId="371816E8" w14:textId="77777777" w:rsidR="00693997" w:rsidRPr="00693997" w:rsidRDefault="00693997" w:rsidP="00693997">
      <w:pPr>
        <w:spacing w:after="60"/>
        <w:ind w:left="142"/>
        <w:rPr>
          <w:rFonts w:cs="Arial"/>
          <w:b/>
          <w:bCs/>
          <w:sz w:val="24"/>
          <w:szCs w:val="24"/>
          <w:lang w:val="el-GR"/>
        </w:rPr>
      </w:pPr>
    </w:p>
    <w:p w14:paraId="32339A2C" w14:textId="77777777" w:rsidR="00631568" w:rsidRPr="00F57085" w:rsidRDefault="000A5455">
      <w:pPr>
        <w:spacing w:after="60"/>
        <w:rPr>
          <w:rFonts w:cs="Arial"/>
          <w:sz w:val="22"/>
          <w:lang w:val="el-GR"/>
        </w:rPr>
      </w:pPr>
      <w:r w:rsidRPr="00F57085">
        <w:rPr>
          <w:rFonts w:cs="Arial"/>
          <w:sz w:val="22"/>
          <w:lang w:val="el-GR"/>
        </w:rPr>
        <w:t>Η παρούσα Προδιαγραφή Ενόπλων Δυνάμεω</w:t>
      </w:r>
      <w:r w:rsidR="00981513">
        <w:rPr>
          <w:rFonts w:cs="Arial"/>
          <w:sz w:val="22"/>
          <w:lang w:val="el-GR"/>
        </w:rPr>
        <w:t>ν (ΠΕΔ)  αφορά την προμήθεια, μεταφορά,  εγκατάσταση</w:t>
      </w:r>
      <w:r w:rsidRPr="00F57085">
        <w:rPr>
          <w:rFonts w:cs="Arial"/>
          <w:sz w:val="22"/>
          <w:lang w:val="el-GR"/>
        </w:rPr>
        <w:t xml:space="preserve"> όπου απαιτείται, ελέγχου και θέσης σε λειτουργία μίας (1) σύγχρονης συσκευής ηλεκτροχειρουργικής διαθερμίας, με δυνατότητα μονοπολικής και διπολικής κοπής και αιμόστασης/πήξης ιστών, για τις ανάγκες του 219 ΚΙΧΝΕ.</w:t>
      </w:r>
    </w:p>
    <w:p w14:paraId="00AE664D" w14:textId="77777777" w:rsidR="00631568" w:rsidRDefault="00693997">
      <w:pPr>
        <w:pStyle w:val="1"/>
        <w:rPr>
          <w:rFonts w:ascii="Arial" w:hAnsi="Arial" w:cs="Arial"/>
          <w:color w:val="auto"/>
          <w:sz w:val="24"/>
          <w:szCs w:val="24"/>
          <w:lang w:val="el-GR"/>
        </w:rPr>
      </w:pPr>
      <w:r>
        <w:rPr>
          <w:rFonts w:ascii="Arial" w:hAnsi="Arial" w:cs="Arial"/>
          <w:color w:val="auto"/>
          <w:sz w:val="24"/>
          <w:szCs w:val="24"/>
          <w:lang w:val="el-GR"/>
        </w:rPr>
        <w:t>2.</w:t>
      </w:r>
      <w:r>
        <w:rPr>
          <w:rFonts w:ascii="Arial" w:hAnsi="Arial" w:cs="Arial"/>
          <w:color w:val="auto"/>
          <w:sz w:val="24"/>
          <w:szCs w:val="24"/>
          <w:lang w:val="el-GR"/>
        </w:rPr>
        <w:tab/>
      </w:r>
      <w:r w:rsidR="000A5455" w:rsidRPr="00693997">
        <w:rPr>
          <w:rFonts w:ascii="Arial" w:hAnsi="Arial" w:cs="Arial"/>
          <w:color w:val="auto"/>
          <w:sz w:val="24"/>
          <w:szCs w:val="24"/>
          <w:lang w:val="el-GR"/>
        </w:rPr>
        <w:t>ΣΧΕΤΙΚΑ ΕΓΓΡΑΦΑ</w:t>
      </w:r>
    </w:p>
    <w:p w14:paraId="3D97430F" w14:textId="77777777" w:rsidR="00693997" w:rsidRPr="00693997" w:rsidRDefault="00693997" w:rsidP="00693997">
      <w:pPr>
        <w:rPr>
          <w:lang w:val="el-GR"/>
        </w:rPr>
      </w:pPr>
    </w:p>
    <w:p w14:paraId="6EF45AEF" w14:textId="77777777" w:rsidR="00451C13" w:rsidRPr="00F57085" w:rsidRDefault="000A5455">
      <w:pPr>
        <w:spacing w:after="60"/>
        <w:rPr>
          <w:rFonts w:cs="Arial"/>
          <w:sz w:val="22"/>
          <w:lang w:val="el-GR"/>
        </w:rPr>
      </w:pPr>
      <w:r w:rsidRPr="000A5455">
        <w:rPr>
          <w:rFonts w:cs="Arial"/>
          <w:b/>
          <w:sz w:val="22"/>
          <w:lang w:val="el-GR"/>
        </w:rPr>
        <w:t>2.1</w:t>
      </w:r>
      <w:r w:rsidRPr="00F57085">
        <w:rPr>
          <w:rFonts w:cs="Arial"/>
          <w:sz w:val="22"/>
          <w:lang w:val="el-GR"/>
        </w:rPr>
        <w:t xml:space="preserve"> </w:t>
      </w:r>
      <w:r w:rsidR="00693997">
        <w:rPr>
          <w:rFonts w:cs="Arial"/>
          <w:sz w:val="22"/>
          <w:lang w:val="el-GR"/>
        </w:rPr>
        <w:tab/>
      </w:r>
      <w:r w:rsidRPr="00F57085">
        <w:rPr>
          <w:rFonts w:cs="Arial"/>
          <w:sz w:val="22"/>
          <w:lang w:val="el-GR"/>
        </w:rPr>
        <w:t>Κανονισμός (ΕΕ) 2017/745 (</w:t>
      </w:r>
      <w:r w:rsidRPr="00F57085">
        <w:rPr>
          <w:rFonts w:cs="Arial"/>
          <w:sz w:val="22"/>
        </w:rPr>
        <w:t>MDR</w:t>
      </w:r>
      <w:r w:rsidRPr="00F57085">
        <w:rPr>
          <w:rFonts w:cs="Arial"/>
          <w:sz w:val="22"/>
          <w:lang w:val="el-GR"/>
        </w:rPr>
        <w:t>) για τα ιατροτεχνολογικά προϊόντα, όπως ισχύει και εφαρμόζεται στο προσφερόμενο είδος.</w:t>
      </w:r>
    </w:p>
    <w:p w14:paraId="2F5168E1" w14:textId="77777777" w:rsidR="00631568" w:rsidRPr="00F57085" w:rsidRDefault="000A5455">
      <w:pPr>
        <w:spacing w:after="60"/>
        <w:rPr>
          <w:rFonts w:cs="Arial"/>
          <w:sz w:val="22"/>
          <w:lang w:val="el-GR"/>
        </w:rPr>
      </w:pPr>
      <w:r w:rsidRPr="000A5455">
        <w:rPr>
          <w:rFonts w:cs="Arial"/>
          <w:b/>
          <w:sz w:val="22"/>
          <w:lang w:val="el-GR"/>
        </w:rPr>
        <w:t>2.2</w:t>
      </w:r>
      <w:r w:rsidR="00693997">
        <w:rPr>
          <w:rFonts w:cs="Arial"/>
          <w:sz w:val="22"/>
          <w:lang w:val="el-GR"/>
        </w:rPr>
        <w:tab/>
      </w:r>
      <w:r w:rsidRPr="00F57085">
        <w:rPr>
          <w:rFonts w:cs="Arial"/>
          <w:sz w:val="22"/>
          <w:lang w:val="el-GR"/>
        </w:rPr>
        <w:t xml:space="preserve"> </w:t>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60601-1, Ιατρικός ηλεκτρικός εξοπλισμός – Γενικές απαιτήσεις βασικής ασφάλειας και ουσιώδους επίδοσης, στην ισχύουσα έκδοση που εφαρμόζεται.</w:t>
      </w:r>
    </w:p>
    <w:p w14:paraId="6131427F" w14:textId="77777777" w:rsidR="00631568" w:rsidRPr="00F57085" w:rsidRDefault="000A5455">
      <w:pPr>
        <w:spacing w:after="60"/>
        <w:rPr>
          <w:rFonts w:cs="Arial"/>
          <w:sz w:val="22"/>
          <w:lang w:val="el-GR"/>
        </w:rPr>
      </w:pPr>
      <w:r w:rsidRPr="000A5455">
        <w:rPr>
          <w:rFonts w:cs="Arial"/>
          <w:b/>
          <w:sz w:val="22"/>
          <w:lang w:val="el-GR"/>
        </w:rPr>
        <w:t>2.3</w:t>
      </w:r>
      <w:r w:rsidRPr="00F57085">
        <w:rPr>
          <w:rFonts w:cs="Arial"/>
          <w:sz w:val="22"/>
          <w:lang w:val="el-GR"/>
        </w:rPr>
        <w:t xml:space="preserve"> </w:t>
      </w:r>
      <w:r w:rsidR="00693997">
        <w:rPr>
          <w:rFonts w:cs="Arial"/>
          <w:sz w:val="22"/>
          <w:lang w:val="el-GR"/>
        </w:rPr>
        <w:tab/>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60601-1-2, Απαιτήσεις ηλεκτρομαγνητικής συμβατότητας ιατρικού ηλεκτρικού εξοπλισμού, στην ισχύουσα έκδοση που εφαρμόζεται.</w:t>
      </w:r>
    </w:p>
    <w:p w14:paraId="39D0FC45" w14:textId="77777777" w:rsidR="00631568" w:rsidRPr="00F57085" w:rsidRDefault="000A5455">
      <w:pPr>
        <w:spacing w:after="60"/>
        <w:rPr>
          <w:rFonts w:cs="Arial"/>
          <w:sz w:val="22"/>
          <w:lang w:val="el-GR"/>
        </w:rPr>
      </w:pPr>
      <w:r w:rsidRPr="000A5455">
        <w:rPr>
          <w:rFonts w:cs="Arial"/>
          <w:b/>
          <w:sz w:val="22"/>
          <w:lang w:val="el-GR"/>
        </w:rPr>
        <w:t>2.4</w:t>
      </w:r>
      <w:r w:rsidRPr="00F57085">
        <w:rPr>
          <w:rFonts w:cs="Arial"/>
          <w:sz w:val="22"/>
          <w:lang w:val="el-GR"/>
        </w:rPr>
        <w:t xml:space="preserve"> </w:t>
      </w:r>
      <w:r w:rsidR="00693997">
        <w:rPr>
          <w:rFonts w:cs="Arial"/>
          <w:sz w:val="22"/>
          <w:lang w:val="el-GR"/>
        </w:rPr>
        <w:tab/>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60601-2-2, Ειδικές απαιτήσεις βασικής ασφάλειας και ουσιώδους επίδοσης εξοπλισμού ηλεκτροχειρουργικής υψηλής συχνότητας και παρελκομένων, στην ισχύουσα έκδοση που εφαρμόζεται.</w:t>
      </w:r>
    </w:p>
    <w:p w14:paraId="216ABFC1" w14:textId="77777777" w:rsidR="00631568" w:rsidRPr="00F57085" w:rsidRDefault="000A5455">
      <w:pPr>
        <w:spacing w:after="60"/>
        <w:rPr>
          <w:rFonts w:cs="Arial"/>
          <w:sz w:val="22"/>
          <w:lang w:val="el-GR"/>
        </w:rPr>
      </w:pPr>
      <w:r w:rsidRPr="000A5455">
        <w:rPr>
          <w:rFonts w:cs="Arial"/>
          <w:b/>
          <w:sz w:val="22"/>
          <w:lang w:val="el-GR"/>
        </w:rPr>
        <w:t>2.5</w:t>
      </w:r>
      <w:r w:rsidR="00693997">
        <w:rPr>
          <w:rFonts w:cs="Arial"/>
          <w:sz w:val="22"/>
          <w:lang w:val="el-GR"/>
        </w:rPr>
        <w:tab/>
      </w:r>
      <w:r w:rsidRPr="00F57085">
        <w:rPr>
          <w:rFonts w:cs="Arial"/>
          <w:sz w:val="22"/>
          <w:lang w:val="el-GR"/>
        </w:rPr>
        <w:t xml:space="preserve"> </w:t>
      </w:r>
      <w:r w:rsidRPr="00F57085">
        <w:rPr>
          <w:rFonts w:cs="Arial"/>
          <w:sz w:val="22"/>
        </w:rPr>
        <w:t>EN</w:t>
      </w:r>
      <w:r w:rsidRPr="00F57085">
        <w:rPr>
          <w:rFonts w:cs="Arial"/>
          <w:sz w:val="22"/>
          <w:lang w:val="el-GR"/>
        </w:rPr>
        <w:t xml:space="preserve"> </w:t>
      </w:r>
      <w:r w:rsidRPr="00F57085">
        <w:rPr>
          <w:rFonts w:cs="Arial"/>
          <w:sz w:val="22"/>
        </w:rPr>
        <w:t>ISO</w:t>
      </w:r>
      <w:r w:rsidRPr="00F57085">
        <w:rPr>
          <w:rFonts w:cs="Arial"/>
          <w:sz w:val="22"/>
          <w:lang w:val="el-GR"/>
        </w:rPr>
        <w:t xml:space="preserve"> 13485, Σύστημα διαχείρισης ποιότητας για ιατροτεχνολογικά προϊόντα, όπου εφαρμόζεται.</w:t>
      </w:r>
    </w:p>
    <w:p w14:paraId="174B1D0B" w14:textId="77777777" w:rsidR="00631568" w:rsidRPr="00F57085" w:rsidRDefault="000A5455">
      <w:pPr>
        <w:spacing w:after="60"/>
        <w:rPr>
          <w:rFonts w:cs="Arial"/>
          <w:sz w:val="22"/>
          <w:lang w:val="el-GR"/>
        </w:rPr>
      </w:pPr>
      <w:r w:rsidRPr="000A5455">
        <w:rPr>
          <w:rFonts w:cs="Arial"/>
          <w:b/>
          <w:sz w:val="22"/>
          <w:lang w:val="el-GR"/>
        </w:rPr>
        <w:t>2.6</w:t>
      </w:r>
      <w:r w:rsidRPr="00F57085">
        <w:rPr>
          <w:rFonts w:cs="Arial"/>
          <w:sz w:val="22"/>
          <w:lang w:val="el-GR"/>
        </w:rPr>
        <w:t xml:space="preserve"> </w:t>
      </w:r>
      <w:r w:rsidR="00693997">
        <w:rPr>
          <w:rFonts w:cs="Arial"/>
          <w:sz w:val="22"/>
          <w:lang w:val="el-GR"/>
        </w:rPr>
        <w:tab/>
      </w:r>
      <w:r w:rsidRPr="00F57085">
        <w:rPr>
          <w:rFonts w:cs="Arial"/>
          <w:sz w:val="22"/>
          <w:lang w:val="el-GR"/>
        </w:rPr>
        <w:t>Τα σχετικά πρότυπα και κανονιστικά κείμενα εφαρμόζονται στην ισχύουσα έκδοση. Σε περίπτωση αντίφασης, υπερισχύει η ισχύουσα νομοθεσία.</w:t>
      </w:r>
    </w:p>
    <w:p w14:paraId="37A5DEE0" w14:textId="77777777" w:rsidR="00631568" w:rsidRDefault="000A5455">
      <w:pPr>
        <w:pStyle w:val="1"/>
        <w:rPr>
          <w:rFonts w:ascii="Arial" w:hAnsi="Arial" w:cs="Arial"/>
          <w:color w:val="auto"/>
          <w:sz w:val="24"/>
          <w:szCs w:val="24"/>
          <w:lang w:val="el-GR"/>
        </w:rPr>
      </w:pPr>
      <w:r w:rsidRPr="00693997">
        <w:rPr>
          <w:rFonts w:ascii="Arial" w:hAnsi="Arial" w:cs="Arial"/>
          <w:color w:val="auto"/>
          <w:sz w:val="24"/>
          <w:szCs w:val="24"/>
          <w:lang w:val="el-GR"/>
        </w:rPr>
        <w:t xml:space="preserve">3. </w:t>
      </w:r>
      <w:r w:rsidR="00693997">
        <w:rPr>
          <w:rFonts w:ascii="Arial" w:hAnsi="Arial" w:cs="Arial"/>
          <w:color w:val="auto"/>
          <w:sz w:val="24"/>
          <w:szCs w:val="24"/>
          <w:lang w:val="el-GR"/>
        </w:rPr>
        <w:tab/>
      </w:r>
      <w:r w:rsidRPr="00693997">
        <w:rPr>
          <w:rFonts w:ascii="Arial" w:hAnsi="Arial" w:cs="Arial"/>
          <w:color w:val="auto"/>
          <w:sz w:val="24"/>
          <w:szCs w:val="24"/>
          <w:lang w:val="el-GR"/>
        </w:rPr>
        <w:t>ΤΑΞΙΝΟΜΗΣΗ</w:t>
      </w:r>
    </w:p>
    <w:p w14:paraId="3CC5264E" w14:textId="77777777" w:rsidR="00693997" w:rsidRPr="004378AD" w:rsidRDefault="00693997">
      <w:pPr>
        <w:spacing w:after="60"/>
        <w:rPr>
          <w:rFonts w:cs="Arial"/>
          <w:sz w:val="22"/>
          <w:lang w:val="el-GR"/>
        </w:rPr>
      </w:pPr>
    </w:p>
    <w:p w14:paraId="725B60A4" w14:textId="4960698A" w:rsidR="00631568" w:rsidRPr="00F57085" w:rsidRDefault="000A5455">
      <w:pPr>
        <w:spacing w:after="60"/>
        <w:rPr>
          <w:rFonts w:cs="Arial"/>
          <w:sz w:val="22"/>
          <w:lang w:val="el-GR"/>
        </w:rPr>
      </w:pPr>
      <w:r w:rsidRPr="004378AD">
        <w:rPr>
          <w:rFonts w:cs="Arial"/>
          <w:b/>
          <w:sz w:val="22"/>
          <w:lang w:val="el-GR"/>
        </w:rPr>
        <w:t>3.</w:t>
      </w:r>
      <w:r w:rsidR="0088511D">
        <w:rPr>
          <w:rFonts w:cs="Arial"/>
          <w:b/>
          <w:sz w:val="22"/>
          <w:lang w:val="el-GR"/>
        </w:rPr>
        <w:t>1</w:t>
      </w:r>
      <w:r w:rsidRPr="004378AD">
        <w:rPr>
          <w:rFonts w:cs="Arial"/>
          <w:sz w:val="22"/>
          <w:lang w:val="el-GR"/>
        </w:rPr>
        <w:t xml:space="preserve"> </w:t>
      </w:r>
      <w:r w:rsidR="00451C13" w:rsidRPr="004378AD">
        <w:rPr>
          <w:rFonts w:cs="Arial"/>
          <w:sz w:val="22"/>
          <w:lang w:val="el-GR"/>
        </w:rPr>
        <w:tab/>
      </w:r>
      <w:r w:rsidRPr="004378AD">
        <w:rPr>
          <w:rFonts w:cs="Arial"/>
          <w:sz w:val="22"/>
        </w:rPr>
        <w:t>CPV</w:t>
      </w:r>
      <w:r w:rsidRPr="004378AD">
        <w:rPr>
          <w:rFonts w:cs="Arial"/>
          <w:sz w:val="22"/>
          <w:lang w:val="el-GR"/>
        </w:rPr>
        <w:t xml:space="preserve">: </w:t>
      </w:r>
      <w:r w:rsidR="00E30AF0" w:rsidRPr="004378AD">
        <w:rPr>
          <w:rFonts w:cs="Arial"/>
          <w:sz w:val="22"/>
          <w:lang w:val="el-GR"/>
        </w:rPr>
        <w:t>331</w:t>
      </w:r>
      <w:r w:rsidR="004378AD" w:rsidRPr="004378AD">
        <w:rPr>
          <w:rFonts w:cs="Arial"/>
          <w:sz w:val="22"/>
          <w:lang w:val="el-GR"/>
        </w:rPr>
        <w:t>61000</w:t>
      </w:r>
      <w:r w:rsidR="00E30AF0" w:rsidRPr="004378AD">
        <w:rPr>
          <w:rFonts w:cs="Arial"/>
          <w:sz w:val="22"/>
          <w:lang w:val="el-GR"/>
        </w:rPr>
        <w:t>-</w:t>
      </w:r>
      <w:r w:rsidR="004378AD" w:rsidRPr="004378AD">
        <w:rPr>
          <w:rFonts w:cs="Arial"/>
          <w:sz w:val="22"/>
          <w:lang w:val="el-GR"/>
        </w:rPr>
        <w:t>6</w:t>
      </w:r>
      <w:r w:rsidR="00E30AF0" w:rsidRPr="004378AD">
        <w:rPr>
          <w:rFonts w:cs="Arial"/>
          <w:sz w:val="22"/>
          <w:lang w:val="el-GR"/>
        </w:rPr>
        <w:t>.</w:t>
      </w:r>
    </w:p>
    <w:p w14:paraId="36975968" w14:textId="77777777" w:rsidR="00631568" w:rsidRPr="000A5455" w:rsidRDefault="000A5455">
      <w:pPr>
        <w:pStyle w:val="1"/>
        <w:rPr>
          <w:rFonts w:ascii="Arial" w:hAnsi="Arial" w:cs="Arial"/>
          <w:color w:val="auto"/>
          <w:sz w:val="24"/>
          <w:szCs w:val="22"/>
          <w:lang w:val="el-GR"/>
        </w:rPr>
      </w:pPr>
      <w:r w:rsidRPr="000A5455">
        <w:rPr>
          <w:rFonts w:ascii="Arial" w:hAnsi="Arial" w:cs="Arial"/>
          <w:color w:val="auto"/>
          <w:sz w:val="24"/>
          <w:szCs w:val="22"/>
          <w:lang w:val="el-GR"/>
        </w:rPr>
        <w:t>4.</w:t>
      </w:r>
      <w:r w:rsidR="00451C13" w:rsidRPr="000A5455">
        <w:rPr>
          <w:rFonts w:ascii="Arial" w:hAnsi="Arial" w:cs="Arial"/>
          <w:color w:val="auto"/>
          <w:sz w:val="24"/>
          <w:szCs w:val="22"/>
          <w:lang w:val="el-GR"/>
        </w:rPr>
        <w:tab/>
      </w:r>
      <w:r w:rsidRPr="000A5455">
        <w:rPr>
          <w:rFonts w:ascii="Arial" w:hAnsi="Arial" w:cs="Arial"/>
          <w:color w:val="auto"/>
          <w:sz w:val="24"/>
          <w:szCs w:val="22"/>
          <w:lang w:val="el-GR"/>
        </w:rPr>
        <w:t xml:space="preserve"> ΤΕΧΝΙΚΑ ΧΑΡΑΚΤΗΡΙΣΤΙΚΑ</w:t>
      </w:r>
    </w:p>
    <w:p w14:paraId="674DBEEC" w14:textId="77777777" w:rsidR="00631568" w:rsidRPr="000A5455" w:rsidRDefault="000A5455">
      <w:pPr>
        <w:pStyle w:val="21"/>
        <w:rPr>
          <w:rFonts w:ascii="Arial" w:hAnsi="Arial" w:cs="Arial"/>
          <w:color w:val="auto"/>
          <w:szCs w:val="22"/>
          <w:lang w:val="el-GR"/>
        </w:rPr>
      </w:pPr>
      <w:r w:rsidRPr="000A5455">
        <w:rPr>
          <w:rFonts w:ascii="Arial" w:hAnsi="Arial" w:cs="Arial"/>
          <w:color w:val="auto"/>
          <w:szCs w:val="22"/>
          <w:lang w:val="el-GR"/>
        </w:rPr>
        <w:t xml:space="preserve">4.1 </w:t>
      </w:r>
      <w:r w:rsidR="00451C13" w:rsidRPr="000A5455">
        <w:rPr>
          <w:rFonts w:ascii="Arial" w:hAnsi="Arial" w:cs="Arial"/>
          <w:color w:val="auto"/>
          <w:szCs w:val="22"/>
          <w:lang w:val="el-GR"/>
        </w:rPr>
        <w:tab/>
      </w:r>
      <w:r w:rsidRPr="000A5455">
        <w:rPr>
          <w:rFonts w:ascii="Arial" w:hAnsi="Arial" w:cs="Arial"/>
          <w:color w:val="auto"/>
          <w:szCs w:val="22"/>
          <w:lang w:val="el-GR"/>
        </w:rPr>
        <w:t>Ορισμός Υλικού</w:t>
      </w:r>
    </w:p>
    <w:p w14:paraId="2CA26344" w14:textId="77777777" w:rsidR="00451C13" w:rsidRPr="00451C13" w:rsidRDefault="00451C13" w:rsidP="00451C13">
      <w:pPr>
        <w:rPr>
          <w:lang w:val="el-GR"/>
        </w:rPr>
      </w:pPr>
    </w:p>
    <w:p w14:paraId="6CC6E105" w14:textId="77777777" w:rsidR="00631568" w:rsidRPr="00F57085" w:rsidRDefault="000A5455">
      <w:pPr>
        <w:spacing w:after="60"/>
        <w:rPr>
          <w:rFonts w:cs="Arial"/>
          <w:sz w:val="22"/>
          <w:lang w:val="el-GR"/>
        </w:rPr>
      </w:pPr>
      <w:r w:rsidRPr="00F57085">
        <w:rPr>
          <w:rFonts w:cs="Arial"/>
          <w:sz w:val="22"/>
          <w:lang w:val="el-GR"/>
        </w:rPr>
        <w:t>Η υπό προμήθεια συσκευή είναι γεννήτρια ηλεκτροχειρουργικής υψηλής συχνότητας, κατάλληλη για κοπή και αιμόσταση/πήξη ιστών με μονοπολική και διπολική λειτουργία. Η συσκευή πρέπει να είναι πλήρης, σύγχρονης τεχνολογίας, κατάλληλη για την προβλεπόμενη κλινική χρήση και συμβατή με τα παρελκόμενα που προσφέρονται.</w:t>
      </w:r>
    </w:p>
    <w:p w14:paraId="24B37B4C" w14:textId="77777777" w:rsidR="00631568" w:rsidRPr="000A5455" w:rsidRDefault="000A5455">
      <w:pPr>
        <w:pStyle w:val="21"/>
        <w:rPr>
          <w:rFonts w:ascii="Arial" w:hAnsi="Arial" w:cs="Arial"/>
          <w:color w:val="auto"/>
          <w:szCs w:val="22"/>
          <w:lang w:val="el-GR"/>
        </w:rPr>
      </w:pPr>
      <w:r w:rsidRPr="000A5455">
        <w:rPr>
          <w:rFonts w:ascii="Arial" w:hAnsi="Arial" w:cs="Arial"/>
          <w:color w:val="auto"/>
          <w:szCs w:val="22"/>
          <w:lang w:val="el-GR"/>
        </w:rPr>
        <w:t>4.2</w:t>
      </w:r>
      <w:r w:rsidR="00451C13" w:rsidRPr="000A5455">
        <w:rPr>
          <w:rFonts w:ascii="Arial" w:hAnsi="Arial" w:cs="Arial"/>
          <w:color w:val="auto"/>
          <w:szCs w:val="22"/>
          <w:lang w:val="el-GR"/>
        </w:rPr>
        <w:tab/>
      </w:r>
      <w:r w:rsidRPr="000A5455">
        <w:rPr>
          <w:rFonts w:ascii="Arial" w:hAnsi="Arial" w:cs="Arial"/>
          <w:color w:val="auto"/>
          <w:szCs w:val="22"/>
          <w:lang w:val="el-GR"/>
        </w:rPr>
        <w:t xml:space="preserve"> Φυσικά Χαρακτηριστικά και Ελάχιστες Τεχνικές Προδιαγραφές</w:t>
      </w:r>
    </w:p>
    <w:p w14:paraId="148DDD77" w14:textId="77777777" w:rsidR="00451C13" w:rsidRPr="00451C13" w:rsidRDefault="00451C13" w:rsidP="00451C13">
      <w:pPr>
        <w:rPr>
          <w:lang w:val="el-GR"/>
        </w:rPr>
      </w:pPr>
    </w:p>
    <w:p w14:paraId="2175E351" w14:textId="77777777" w:rsidR="00631568" w:rsidRPr="00F57085" w:rsidRDefault="000A5455">
      <w:pPr>
        <w:spacing w:after="60"/>
        <w:rPr>
          <w:rFonts w:cs="Arial"/>
          <w:sz w:val="22"/>
          <w:lang w:val="el-GR"/>
        </w:rPr>
      </w:pPr>
      <w:r w:rsidRPr="000A5455">
        <w:rPr>
          <w:rFonts w:cs="Arial"/>
          <w:b/>
          <w:sz w:val="22"/>
          <w:lang w:val="el-GR"/>
        </w:rPr>
        <w:t>4.2.1</w:t>
      </w:r>
      <w:r w:rsidR="00451C13">
        <w:rPr>
          <w:rFonts w:cs="Arial"/>
          <w:sz w:val="22"/>
          <w:lang w:val="el-GR"/>
        </w:rPr>
        <w:tab/>
      </w:r>
      <w:r w:rsidRPr="00F57085">
        <w:rPr>
          <w:rFonts w:cs="Arial"/>
          <w:sz w:val="22"/>
          <w:lang w:val="el-GR"/>
        </w:rPr>
        <w:t xml:space="preserve"> Το είδος να είναι καινούργιο, αμεταχείριστο, πρόσφατης κατασκευής, πλήρες και σε άριστη κατάσταση.</w:t>
      </w:r>
    </w:p>
    <w:p w14:paraId="429E6009" w14:textId="77777777" w:rsidR="00631568" w:rsidRPr="00F57085" w:rsidRDefault="000A5455">
      <w:pPr>
        <w:spacing w:after="60"/>
        <w:rPr>
          <w:rFonts w:cs="Arial"/>
          <w:sz w:val="22"/>
          <w:lang w:val="el-GR"/>
        </w:rPr>
      </w:pPr>
      <w:r w:rsidRPr="000A5455">
        <w:rPr>
          <w:rFonts w:cs="Arial"/>
          <w:b/>
          <w:sz w:val="22"/>
          <w:lang w:val="el-GR"/>
        </w:rPr>
        <w:t>4.2.2</w:t>
      </w:r>
      <w:r w:rsidRPr="00F57085">
        <w:rPr>
          <w:rFonts w:cs="Arial"/>
          <w:sz w:val="22"/>
          <w:lang w:val="el-GR"/>
        </w:rPr>
        <w:t xml:space="preserve"> </w:t>
      </w:r>
      <w:r w:rsidR="00451C13">
        <w:rPr>
          <w:rFonts w:cs="Arial"/>
          <w:sz w:val="22"/>
          <w:lang w:val="el-GR"/>
        </w:rPr>
        <w:tab/>
      </w:r>
      <w:r w:rsidRPr="00F57085">
        <w:rPr>
          <w:rFonts w:cs="Arial"/>
          <w:sz w:val="22"/>
          <w:lang w:val="el-GR"/>
        </w:rPr>
        <w:t>Να είναι κατάλληλο για χρήση σε χειρουργικό/ιατρικό περιβάλλον και να διαθέτει σαφείς οδηγίες ασφαλούς χρήσης στα ελληνικά ή/και αγγλικά.</w:t>
      </w:r>
    </w:p>
    <w:p w14:paraId="50D7094B" w14:textId="77777777" w:rsidR="00631568" w:rsidRPr="00F57085" w:rsidRDefault="000A5455">
      <w:pPr>
        <w:spacing w:after="60"/>
        <w:rPr>
          <w:rFonts w:cs="Arial"/>
          <w:sz w:val="22"/>
          <w:lang w:val="el-GR"/>
        </w:rPr>
      </w:pPr>
      <w:r w:rsidRPr="000A5455">
        <w:rPr>
          <w:rFonts w:cs="Arial"/>
          <w:b/>
          <w:sz w:val="22"/>
          <w:lang w:val="el-GR"/>
        </w:rPr>
        <w:t>4.2.3</w:t>
      </w:r>
      <w:r w:rsidR="00451C13">
        <w:rPr>
          <w:rFonts w:cs="Arial"/>
          <w:sz w:val="22"/>
          <w:lang w:val="el-GR"/>
        </w:rPr>
        <w:tab/>
      </w:r>
      <w:r w:rsidRPr="00F57085">
        <w:rPr>
          <w:rFonts w:cs="Arial"/>
          <w:sz w:val="22"/>
          <w:lang w:val="el-GR"/>
        </w:rPr>
        <w:t xml:space="preserve"> Να συμμορφώνεται με τον Κανονισμό (ΕΕ) 2017/745 (</w:t>
      </w:r>
      <w:r w:rsidRPr="00F57085">
        <w:rPr>
          <w:rFonts w:cs="Arial"/>
          <w:sz w:val="22"/>
        </w:rPr>
        <w:t>MDR</w:t>
      </w:r>
      <w:r w:rsidRPr="00F57085">
        <w:rPr>
          <w:rFonts w:cs="Arial"/>
          <w:sz w:val="22"/>
          <w:lang w:val="el-GR"/>
        </w:rPr>
        <w:t xml:space="preserve">), στον βαθμό που εφαρμόζεται στη συσκευή, και να φέρει την απαιτούμενη σήμανση </w:t>
      </w:r>
      <w:r w:rsidRPr="00F57085">
        <w:rPr>
          <w:rFonts w:cs="Arial"/>
          <w:sz w:val="22"/>
        </w:rPr>
        <w:t>CE</w:t>
      </w:r>
      <w:r w:rsidRPr="00F57085">
        <w:rPr>
          <w:rFonts w:cs="Arial"/>
          <w:sz w:val="22"/>
          <w:lang w:val="el-GR"/>
        </w:rPr>
        <w:t>.</w:t>
      </w:r>
    </w:p>
    <w:p w14:paraId="648C5BC9" w14:textId="77777777" w:rsidR="00631568" w:rsidRPr="00F57085" w:rsidRDefault="000A5455">
      <w:pPr>
        <w:spacing w:after="60"/>
        <w:rPr>
          <w:rFonts w:cs="Arial"/>
          <w:sz w:val="22"/>
          <w:lang w:val="el-GR"/>
        </w:rPr>
      </w:pPr>
      <w:r w:rsidRPr="000A5455">
        <w:rPr>
          <w:rFonts w:cs="Arial"/>
          <w:b/>
          <w:sz w:val="22"/>
          <w:lang w:val="el-GR"/>
        </w:rPr>
        <w:lastRenderedPageBreak/>
        <w:t>4.2.4</w:t>
      </w:r>
      <w:r w:rsidR="00451C13">
        <w:rPr>
          <w:rFonts w:cs="Arial"/>
          <w:sz w:val="22"/>
          <w:lang w:val="el-GR"/>
        </w:rPr>
        <w:tab/>
      </w:r>
      <w:r w:rsidRPr="00F57085">
        <w:rPr>
          <w:rFonts w:cs="Arial"/>
          <w:sz w:val="22"/>
          <w:lang w:val="el-GR"/>
        </w:rPr>
        <w:t xml:space="preserve"> Να διαθέτει ξεχωριστές, σαφώς αναγνωρίσιμες εξόδους/συνδέσεις για μονοπολική και διπολική λειτουργία.</w:t>
      </w:r>
    </w:p>
    <w:p w14:paraId="77AA0A2E" w14:textId="77777777" w:rsidR="00631568" w:rsidRPr="00F57085" w:rsidRDefault="000A5455">
      <w:pPr>
        <w:spacing w:after="60"/>
        <w:rPr>
          <w:rFonts w:cs="Arial"/>
          <w:sz w:val="22"/>
          <w:lang w:val="el-GR"/>
        </w:rPr>
      </w:pPr>
      <w:r w:rsidRPr="000A5455">
        <w:rPr>
          <w:rFonts w:cs="Arial"/>
          <w:b/>
          <w:sz w:val="22"/>
          <w:lang w:val="el-GR"/>
        </w:rPr>
        <w:t>4.2.5</w:t>
      </w:r>
      <w:r w:rsidRPr="00F57085">
        <w:rPr>
          <w:rFonts w:cs="Arial"/>
          <w:sz w:val="22"/>
          <w:lang w:val="el-GR"/>
        </w:rPr>
        <w:t xml:space="preserve"> </w:t>
      </w:r>
      <w:r w:rsidR="00451C13">
        <w:rPr>
          <w:rFonts w:cs="Arial"/>
          <w:sz w:val="22"/>
          <w:lang w:val="el-GR"/>
        </w:rPr>
        <w:tab/>
      </w:r>
      <w:r w:rsidRPr="00F57085">
        <w:rPr>
          <w:rFonts w:cs="Arial"/>
          <w:sz w:val="22"/>
          <w:lang w:val="el-GR"/>
        </w:rPr>
        <w:t>Να διαθέτει σύστημα αυτοελέγχου κατά την ενεργοποίηση και οπτική ή/και ηχητική ειδοποίηση για σφάλματα λειτουργίας.</w:t>
      </w:r>
    </w:p>
    <w:p w14:paraId="51557095" w14:textId="77777777" w:rsidR="00631568" w:rsidRPr="00F57085" w:rsidRDefault="000A5455">
      <w:pPr>
        <w:spacing w:after="60"/>
        <w:rPr>
          <w:rFonts w:cs="Arial"/>
          <w:sz w:val="22"/>
          <w:lang w:val="el-GR"/>
        </w:rPr>
      </w:pPr>
      <w:r w:rsidRPr="000A5455">
        <w:rPr>
          <w:rFonts w:cs="Arial"/>
          <w:b/>
          <w:sz w:val="22"/>
          <w:lang w:val="el-GR"/>
        </w:rPr>
        <w:t>4.2.6</w:t>
      </w:r>
      <w:r w:rsidR="00451C13">
        <w:rPr>
          <w:rFonts w:cs="Arial"/>
          <w:sz w:val="22"/>
          <w:lang w:val="el-GR"/>
        </w:rPr>
        <w:tab/>
      </w:r>
      <w:r w:rsidRPr="00F57085">
        <w:rPr>
          <w:rFonts w:cs="Arial"/>
          <w:sz w:val="22"/>
          <w:lang w:val="el-GR"/>
        </w:rPr>
        <w:t xml:space="preserve"> Να διαθέτει προστασία από υπερφόρτωση και να διακόπτει την έξοδο υψηλής συχνότητας όταν εντοπίζεται κρίσιμο σφάλμα.</w:t>
      </w:r>
    </w:p>
    <w:p w14:paraId="55CCF74B" w14:textId="77777777" w:rsidR="00631568" w:rsidRPr="00F57085" w:rsidRDefault="000A5455">
      <w:pPr>
        <w:spacing w:after="60"/>
        <w:rPr>
          <w:rFonts w:cs="Arial"/>
          <w:sz w:val="22"/>
          <w:lang w:val="el-GR"/>
        </w:rPr>
      </w:pPr>
      <w:r w:rsidRPr="000A5455">
        <w:rPr>
          <w:rFonts w:cs="Arial"/>
          <w:b/>
          <w:sz w:val="22"/>
          <w:lang w:val="el-GR"/>
        </w:rPr>
        <w:t>4.2.7</w:t>
      </w:r>
      <w:r w:rsidR="00451C13">
        <w:rPr>
          <w:rFonts w:cs="Arial"/>
          <w:sz w:val="22"/>
          <w:lang w:val="el-GR"/>
        </w:rPr>
        <w:tab/>
      </w:r>
      <w:r w:rsidRPr="00F57085">
        <w:rPr>
          <w:rFonts w:cs="Arial"/>
          <w:sz w:val="22"/>
          <w:lang w:val="el-GR"/>
        </w:rPr>
        <w:t xml:space="preserve"> Να διαθέτει ευκρινή ένδειξη επιλεγμένης λειτουργίας και ρύθμισης ισχύος, καθώς και χειριστήρια εύκολα στον καθαρισμό και στη χρήση.</w:t>
      </w:r>
    </w:p>
    <w:p w14:paraId="3337D90E" w14:textId="77777777" w:rsidR="00631568" w:rsidRPr="00F57085" w:rsidRDefault="000A5455">
      <w:pPr>
        <w:spacing w:after="60"/>
        <w:rPr>
          <w:rFonts w:cs="Arial"/>
          <w:sz w:val="22"/>
          <w:lang w:val="el-GR"/>
        </w:rPr>
      </w:pPr>
      <w:r w:rsidRPr="000A5455">
        <w:rPr>
          <w:rFonts w:cs="Arial"/>
          <w:b/>
          <w:sz w:val="22"/>
          <w:lang w:val="el-GR"/>
        </w:rPr>
        <w:t>4.2.8</w:t>
      </w:r>
      <w:r w:rsidRPr="00F57085">
        <w:rPr>
          <w:rFonts w:cs="Arial"/>
          <w:sz w:val="22"/>
          <w:lang w:val="el-GR"/>
        </w:rPr>
        <w:t xml:space="preserve"> </w:t>
      </w:r>
      <w:r w:rsidR="00451C13">
        <w:rPr>
          <w:rFonts w:cs="Arial"/>
          <w:sz w:val="22"/>
          <w:lang w:val="el-GR"/>
        </w:rPr>
        <w:tab/>
      </w:r>
      <w:r w:rsidRPr="00F57085">
        <w:rPr>
          <w:rFonts w:cs="Arial"/>
          <w:sz w:val="22"/>
          <w:lang w:val="el-GR"/>
        </w:rPr>
        <w:t xml:space="preserve">Να λειτουργεί από ηλεκτρικό δίκτυο 220–240 </w:t>
      </w:r>
      <w:r w:rsidRPr="00F57085">
        <w:rPr>
          <w:rFonts w:cs="Arial"/>
          <w:sz w:val="22"/>
        </w:rPr>
        <w:t>V</w:t>
      </w:r>
      <w:r w:rsidRPr="00F57085">
        <w:rPr>
          <w:rFonts w:cs="Arial"/>
          <w:sz w:val="22"/>
          <w:lang w:val="el-GR"/>
        </w:rPr>
        <w:t xml:space="preserve"> </w:t>
      </w:r>
      <w:r w:rsidRPr="00F57085">
        <w:rPr>
          <w:rFonts w:cs="Arial"/>
          <w:sz w:val="22"/>
        </w:rPr>
        <w:t>AC</w:t>
      </w:r>
      <w:r w:rsidRPr="00F57085">
        <w:rPr>
          <w:rFonts w:cs="Arial"/>
          <w:sz w:val="22"/>
          <w:lang w:val="el-GR"/>
        </w:rPr>
        <w:t xml:space="preserve">, 50 </w:t>
      </w:r>
      <w:r w:rsidRPr="00F57085">
        <w:rPr>
          <w:rFonts w:cs="Arial"/>
          <w:sz w:val="22"/>
        </w:rPr>
        <w:t>Hz</w:t>
      </w:r>
      <w:r w:rsidRPr="00F57085">
        <w:rPr>
          <w:rFonts w:cs="Arial"/>
          <w:sz w:val="22"/>
          <w:lang w:val="el-GR"/>
        </w:rPr>
        <w:t xml:space="preserve"> ή 50/60 </w:t>
      </w:r>
      <w:r w:rsidRPr="00F57085">
        <w:rPr>
          <w:rFonts w:cs="Arial"/>
          <w:sz w:val="22"/>
        </w:rPr>
        <w:t>Hz</w:t>
      </w:r>
      <w:r w:rsidRPr="00F57085">
        <w:rPr>
          <w:rFonts w:cs="Arial"/>
          <w:sz w:val="22"/>
          <w:lang w:val="el-GR"/>
        </w:rPr>
        <w:t>, ή να καλύπτει το ισχύον δίκτυο του χώρου εγκατάστασης.</w:t>
      </w:r>
    </w:p>
    <w:p w14:paraId="008EBBA4" w14:textId="77777777" w:rsidR="00631568" w:rsidRPr="00F57085" w:rsidRDefault="000A5455">
      <w:pPr>
        <w:spacing w:after="60"/>
        <w:rPr>
          <w:rFonts w:cs="Arial"/>
          <w:sz w:val="22"/>
          <w:lang w:val="el-GR"/>
        </w:rPr>
      </w:pPr>
      <w:r w:rsidRPr="000A5455">
        <w:rPr>
          <w:rFonts w:cs="Arial"/>
          <w:b/>
          <w:sz w:val="22"/>
          <w:lang w:val="el-GR"/>
        </w:rPr>
        <w:t>4.2.9</w:t>
      </w:r>
      <w:r w:rsidR="00451C13">
        <w:rPr>
          <w:rFonts w:cs="Arial"/>
          <w:sz w:val="22"/>
          <w:lang w:val="el-GR"/>
        </w:rPr>
        <w:tab/>
      </w:r>
      <w:r w:rsidRPr="00F57085">
        <w:rPr>
          <w:rFonts w:cs="Arial"/>
          <w:sz w:val="22"/>
          <w:lang w:val="el-GR"/>
        </w:rPr>
        <w:t xml:space="preserve"> Να περιλαμβάνει σύστημα παρακολούθησης της επαφής του ουδέτερου/επιστρεφόμενου ηλεκτροδίου ασθενούς, συμβατό με τα προσφερόμενα ηλεκτρόδια, με συναγερμό και αναστολή εξόδου όταν ανιχνεύεται μη ασφαλής επαφή.</w:t>
      </w:r>
    </w:p>
    <w:p w14:paraId="7EC135FA" w14:textId="77777777" w:rsidR="00631568" w:rsidRDefault="000A5455">
      <w:pPr>
        <w:spacing w:after="60"/>
        <w:rPr>
          <w:rFonts w:cs="Arial"/>
          <w:sz w:val="22"/>
          <w:lang w:val="el-GR"/>
        </w:rPr>
      </w:pPr>
      <w:r w:rsidRPr="000A5455">
        <w:rPr>
          <w:rFonts w:cs="Arial"/>
          <w:b/>
          <w:sz w:val="22"/>
          <w:lang w:val="el-GR"/>
        </w:rPr>
        <w:t>4.2.10</w:t>
      </w:r>
      <w:r w:rsidR="00451C13">
        <w:rPr>
          <w:rFonts w:cs="Arial"/>
          <w:sz w:val="22"/>
          <w:lang w:val="el-GR"/>
        </w:rPr>
        <w:tab/>
      </w:r>
      <w:r w:rsidRPr="00F57085">
        <w:rPr>
          <w:rFonts w:cs="Arial"/>
          <w:sz w:val="22"/>
          <w:lang w:val="el-GR"/>
        </w:rPr>
        <w:t xml:space="preserve"> Οι ακριβείς αποδόσεις ισχύος να τεκμηριώνονται στα επίσημα τεχνικά φυλλάδια του κατασκευαστή, με αναφορά στο αντίστοιχο φορτίο μέτρησης.</w:t>
      </w:r>
    </w:p>
    <w:p w14:paraId="5540A8E3" w14:textId="77777777" w:rsidR="00451C13" w:rsidRPr="00F57085" w:rsidRDefault="00451C13">
      <w:pPr>
        <w:spacing w:after="60"/>
        <w:rPr>
          <w:rFonts w:cs="Arial"/>
          <w:sz w:val="22"/>
          <w:lang w:val="el-GR"/>
        </w:rPr>
      </w:pPr>
    </w:p>
    <w:tbl>
      <w:tblPr>
        <w:tblStyle w:val="afa"/>
        <w:tblW w:w="0" w:type="auto"/>
        <w:jc w:val="center"/>
        <w:tblLook w:val="04A0" w:firstRow="1" w:lastRow="0" w:firstColumn="1" w:lastColumn="0" w:noHBand="0" w:noVBand="1"/>
      </w:tblPr>
      <w:tblGrid>
        <w:gridCol w:w="648"/>
        <w:gridCol w:w="2376"/>
        <w:gridCol w:w="7056"/>
      </w:tblGrid>
      <w:tr w:rsidR="00631568" w:rsidRPr="00F57085" w14:paraId="1C3F9491" w14:textId="77777777">
        <w:trPr>
          <w:jc w:val="center"/>
        </w:trPr>
        <w:tc>
          <w:tcPr>
            <w:tcW w:w="648" w:type="dxa"/>
            <w:shd w:val="clear" w:color="auto" w:fill="D9EAD3"/>
            <w:vAlign w:val="center"/>
          </w:tcPr>
          <w:p w14:paraId="2C9BF597" w14:textId="77777777" w:rsidR="00631568" w:rsidRPr="00F57085" w:rsidRDefault="000A5455">
            <w:pPr>
              <w:rPr>
                <w:rFonts w:cs="Arial"/>
                <w:sz w:val="22"/>
              </w:rPr>
            </w:pPr>
            <w:r w:rsidRPr="00F57085">
              <w:rPr>
                <w:rFonts w:cs="Arial"/>
                <w:b/>
                <w:sz w:val="22"/>
              </w:rPr>
              <w:t>Α/Α</w:t>
            </w:r>
          </w:p>
        </w:tc>
        <w:tc>
          <w:tcPr>
            <w:tcW w:w="2376" w:type="dxa"/>
            <w:shd w:val="clear" w:color="auto" w:fill="D9EAD3"/>
            <w:vAlign w:val="center"/>
          </w:tcPr>
          <w:p w14:paraId="7629759F" w14:textId="77777777" w:rsidR="00631568" w:rsidRPr="00F57085" w:rsidRDefault="000A5455">
            <w:pPr>
              <w:rPr>
                <w:rFonts w:cs="Arial"/>
                <w:sz w:val="22"/>
              </w:rPr>
            </w:pPr>
            <w:r w:rsidRPr="00F57085">
              <w:rPr>
                <w:rFonts w:cs="Arial"/>
                <w:b/>
                <w:sz w:val="22"/>
              </w:rPr>
              <w:t>Χαρακτηριστικό</w:t>
            </w:r>
          </w:p>
        </w:tc>
        <w:tc>
          <w:tcPr>
            <w:tcW w:w="7056" w:type="dxa"/>
            <w:shd w:val="clear" w:color="auto" w:fill="D9EAD3"/>
            <w:vAlign w:val="center"/>
          </w:tcPr>
          <w:p w14:paraId="2F9257D0" w14:textId="77777777" w:rsidR="00631568" w:rsidRPr="00F57085" w:rsidRDefault="000A5455">
            <w:pPr>
              <w:rPr>
                <w:rFonts w:cs="Arial"/>
                <w:sz w:val="22"/>
              </w:rPr>
            </w:pPr>
            <w:r w:rsidRPr="00F57085">
              <w:rPr>
                <w:rFonts w:cs="Arial"/>
                <w:b/>
                <w:sz w:val="22"/>
              </w:rPr>
              <w:t>Ελάχιστη απαίτηση</w:t>
            </w:r>
          </w:p>
        </w:tc>
      </w:tr>
      <w:tr w:rsidR="00631568" w:rsidRPr="0088511D" w14:paraId="1AEAC77D" w14:textId="77777777">
        <w:trPr>
          <w:jc w:val="center"/>
        </w:trPr>
        <w:tc>
          <w:tcPr>
            <w:tcW w:w="648" w:type="dxa"/>
            <w:vAlign w:val="center"/>
          </w:tcPr>
          <w:p w14:paraId="4E333586" w14:textId="77777777" w:rsidR="00631568" w:rsidRPr="00F57085" w:rsidRDefault="000A5455">
            <w:pPr>
              <w:rPr>
                <w:rFonts w:cs="Arial"/>
                <w:sz w:val="22"/>
              </w:rPr>
            </w:pPr>
            <w:r w:rsidRPr="00F57085">
              <w:rPr>
                <w:rFonts w:cs="Arial"/>
                <w:sz w:val="22"/>
              </w:rPr>
              <w:t>1</w:t>
            </w:r>
          </w:p>
        </w:tc>
        <w:tc>
          <w:tcPr>
            <w:tcW w:w="2376" w:type="dxa"/>
            <w:vAlign w:val="center"/>
          </w:tcPr>
          <w:p w14:paraId="1D992E06" w14:textId="77777777" w:rsidR="00631568" w:rsidRPr="00F57085" w:rsidRDefault="000A5455">
            <w:pPr>
              <w:rPr>
                <w:rFonts w:cs="Arial"/>
                <w:sz w:val="22"/>
              </w:rPr>
            </w:pPr>
            <w:r w:rsidRPr="00F57085">
              <w:rPr>
                <w:rFonts w:cs="Arial"/>
                <w:sz w:val="22"/>
              </w:rPr>
              <w:t>Τεχνολογία</w:t>
            </w:r>
          </w:p>
        </w:tc>
        <w:tc>
          <w:tcPr>
            <w:tcW w:w="7056" w:type="dxa"/>
            <w:vAlign w:val="center"/>
          </w:tcPr>
          <w:p w14:paraId="18875594" w14:textId="77777777" w:rsidR="00631568" w:rsidRPr="00F57085" w:rsidRDefault="000A5455">
            <w:pPr>
              <w:rPr>
                <w:rFonts w:cs="Arial"/>
                <w:sz w:val="22"/>
                <w:lang w:val="el-GR"/>
              </w:rPr>
            </w:pPr>
            <w:r w:rsidRPr="00F57085">
              <w:rPr>
                <w:rFonts w:cs="Arial"/>
                <w:sz w:val="22"/>
                <w:lang w:val="el-GR"/>
              </w:rPr>
              <w:t>Ηλεκτροχειρουργική γεννήτρια υψηλής συχνότητας, ελεγχόμενη ηλεκτρονικά/με μικροεπεξεργαστή.</w:t>
            </w:r>
          </w:p>
        </w:tc>
      </w:tr>
      <w:tr w:rsidR="00631568" w:rsidRPr="0088511D" w14:paraId="14DEB926" w14:textId="77777777" w:rsidTr="00106C4D">
        <w:trPr>
          <w:trHeight w:val="576"/>
          <w:jc w:val="center"/>
        </w:trPr>
        <w:tc>
          <w:tcPr>
            <w:tcW w:w="648" w:type="dxa"/>
            <w:vAlign w:val="center"/>
          </w:tcPr>
          <w:p w14:paraId="3BF3CD25" w14:textId="77777777" w:rsidR="00631568" w:rsidRPr="00F57085" w:rsidRDefault="000A5455">
            <w:pPr>
              <w:rPr>
                <w:rFonts w:cs="Arial"/>
                <w:sz w:val="22"/>
              </w:rPr>
            </w:pPr>
            <w:r w:rsidRPr="00F57085">
              <w:rPr>
                <w:rFonts w:cs="Arial"/>
                <w:sz w:val="22"/>
              </w:rPr>
              <w:t>2</w:t>
            </w:r>
          </w:p>
        </w:tc>
        <w:tc>
          <w:tcPr>
            <w:tcW w:w="2376" w:type="dxa"/>
            <w:vAlign w:val="center"/>
          </w:tcPr>
          <w:p w14:paraId="1311C9E7" w14:textId="77777777" w:rsidR="00631568" w:rsidRPr="00F57085" w:rsidRDefault="000A5455">
            <w:pPr>
              <w:rPr>
                <w:rFonts w:cs="Arial"/>
                <w:sz w:val="22"/>
              </w:rPr>
            </w:pPr>
            <w:r w:rsidRPr="00F57085">
              <w:rPr>
                <w:rFonts w:cs="Arial"/>
                <w:sz w:val="22"/>
              </w:rPr>
              <w:t>Μονοπολική κοπή</w:t>
            </w:r>
          </w:p>
        </w:tc>
        <w:tc>
          <w:tcPr>
            <w:tcW w:w="7056" w:type="dxa"/>
            <w:vAlign w:val="center"/>
          </w:tcPr>
          <w:p w14:paraId="2C7B6502" w14:textId="77777777" w:rsidR="00631568" w:rsidRPr="00F57085" w:rsidRDefault="000A5455">
            <w:pPr>
              <w:rPr>
                <w:rFonts w:cs="Arial"/>
                <w:sz w:val="22"/>
                <w:lang w:val="el-GR"/>
              </w:rPr>
            </w:pPr>
            <w:r w:rsidRPr="00F57085">
              <w:rPr>
                <w:rFonts w:cs="Arial"/>
                <w:sz w:val="22"/>
                <w:lang w:val="el-GR"/>
              </w:rPr>
              <w:t>Να διαθέτει τουλάχιστον λειτουργία καθαρής κοπής (</w:t>
            </w:r>
            <w:r w:rsidRPr="00F57085">
              <w:rPr>
                <w:rFonts w:cs="Arial"/>
                <w:sz w:val="22"/>
              </w:rPr>
              <w:t>Pure</w:t>
            </w:r>
            <w:r w:rsidRPr="00F57085">
              <w:rPr>
                <w:rFonts w:cs="Arial"/>
                <w:sz w:val="22"/>
                <w:lang w:val="el-GR"/>
              </w:rPr>
              <w:t xml:space="preserve"> </w:t>
            </w:r>
            <w:r w:rsidRPr="00F57085">
              <w:rPr>
                <w:rFonts w:cs="Arial"/>
                <w:sz w:val="22"/>
              </w:rPr>
              <w:t>Cut</w:t>
            </w:r>
            <w:r w:rsidRPr="00F57085">
              <w:rPr>
                <w:rFonts w:cs="Arial"/>
                <w:sz w:val="22"/>
                <w:lang w:val="el-GR"/>
              </w:rPr>
              <w:t>) και μικτής κοπής (</w:t>
            </w:r>
            <w:r w:rsidRPr="00F57085">
              <w:rPr>
                <w:rFonts w:cs="Arial"/>
                <w:sz w:val="22"/>
              </w:rPr>
              <w:t>Blend</w:t>
            </w:r>
            <w:r w:rsidRPr="00F57085">
              <w:rPr>
                <w:rFonts w:cs="Arial"/>
                <w:sz w:val="22"/>
                <w:lang w:val="el-GR"/>
              </w:rPr>
              <w:t>).</w:t>
            </w:r>
          </w:p>
        </w:tc>
      </w:tr>
      <w:tr w:rsidR="00631568" w:rsidRPr="0088511D" w14:paraId="22881344" w14:textId="77777777">
        <w:trPr>
          <w:jc w:val="center"/>
        </w:trPr>
        <w:tc>
          <w:tcPr>
            <w:tcW w:w="648" w:type="dxa"/>
            <w:vAlign w:val="center"/>
          </w:tcPr>
          <w:p w14:paraId="3F719BDB" w14:textId="77777777" w:rsidR="00631568" w:rsidRPr="00F57085" w:rsidRDefault="000A5455">
            <w:pPr>
              <w:rPr>
                <w:rFonts w:cs="Arial"/>
                <w:sz w:val="22"/>
              </w:rPr>
            </w:pPr>
            <w:r w:rsidRPr="00F57085">
              <w:rPr>
                <w:rFonts w:cs="Arial"/>
                <w:sz w:val="22"/>
              </w:rPr>
              <w:t>3</w:t>
            </w:r>
          </w:p>
        </w:tc>
        <w:tc>
          <w:tcPr>
            <w:tcW w:w="2376" w:type="dxa"/>
            <w:vAlign w:val="center"/>
          </w:tcPr>
          <w:p w14:paraId="0474EB1E" w14:textId="77777777" w:rsidR="00631568" w:rsidRPr="00F57085" w:rsidRDefault="000A5455">
            <w:pPr>
              <w:rPr>
                <w:rFonts w:cs="Arial"/>
                <w:sz w:val="22"/>
              </w:rPr>
            </w:pPr>
            <w:r w:rsidRPr="00F57085">
              <w:rPr>
                <w:rFonts w:cs="Arial"/>
                <w:sz w:val="22"/>
              </w:rPr>
              <w:t>Μονοπολική αιμόσταση/πήξη</w:t>
            </w:r>
          </w:p>
        </w:tc>
        <w:tc>
          <w:tcPr>
            <w:tcW w:w="7056" w:type="dxa"/>
            <w:vAlign w:val="center"/>
          </w:tcPr>
          <w:p w14:paraId="146C871D" w14:textId="77777777" w:rsidR="00631568" w:rsidRPr="00F57085" w:rsidRDefault="000A5455">
            <w:pPr>
              <w:rPr>
                <w:rFonts w:cs="Arial"/>
                <w:sz w:val="22"/>
                <w:lang w:val="el-GR"/>
              </w:rPr>
            </w:pPr>
            <w:r w:rsidRPr="00F57085">
              <w:rPr>
                <w:rFonts w:cs="Arial"/>
                <w:sz w:val="22"/>
                <w:lang w:val="el-GR"/>
              </w:rPr>
              <w:t>Να διαθέτει τουλάχιστον λειτουργία επαφής/ήπιας πήξης (</w:t>
            </w:r>
            <w:r w:rsidRPr="00F57085">
              <w:rPr>
                <w:rFonts w:cs="Arial"/>
                <w:sz w:val="22"/>
              </w:rPr>
              <w:t>Soft</w:t>
            </w:r>
            <w:r w:rsidRPr="00F57085">
              <w:rPr>
                <w:rFonts w:cs="Arial"/>
                <w:sz w:val="22"/>
                <w:lang w:val="el-GR"/>
              </w:rPr>
              <w:t>/</w:t>
            </w:r>
            <w:r w:rsidRPr="00F57085">
              <w:rPr>
                <w:rFonts w:cs="Arial"/>
                <w:sz w:val="22"/>
              </w:rPr>
              <w:t>Contact</w:t>
            </w:r>
            <w:r w:rsidRPr="00F57085">
              <w:rPr>
                <w:rFonts w:cs="Arial"/>
                <w:sz w:val="22"/>
                <w:lang w:val="el-GR"/>
              </w:rPr>
              <w:t xml:space="preserve"> </w:t>
            </w:r>
            <w:r w:rsidRPr="00F57085">
              <w:rPr>
                <w:rFonts w:cs="Arial"/>
                <w:sz w:val="22"/>
              </w:rPr>
              <w:t>Coagulation</w:t>
            </w:r>
            <w:r w:rsidRPr="00F57085">
              <w:rPr>
                <w:rFonts w:cs="Arial"/>
                <w:sz w:val="22"/>
                <w:lang w:val="el-GR"/>
              </w:rPr>
              <w:t>) και εξαναγκασμένης ή/και επιφανειακής πήξης (</w:t>
            </w:r>
            <w:r w:rsidRPr="00F57085">
              <w:rPr>
                <w:rFonts w:cs="Arial"/>
                <w:sz w:val="22"/>
              </w:rPr>
              <w:t>Forced</w:t>
            </w:r>
            <w:r w:rsidRPr="00F57085">
              <w:rPr>
                <w:rFonts w:cs="Arial"/>
                <w:sz w:val="22"/>
                <w:lang w:val="el-GR"/>
              </w:rPr>
              <w:t>/</w:t>
            </w:r>
            <w:r w:rsidRPr="00F57085">
              <w:rPr>
                <w:rFonts w:cs="Arial"/>
                <w:sz w:val="22"/>
              </w:rPr>
              <w:t>Spray</w:t>
            </w:r>
            <w:r w:rsidRPr="00F57085">
              <w:rPr>
                <w:rFonts w:cs="Arial"/>
                <w:sz w:val="22"/>
                <w:lang w:val="el-GR"/>
              </w:rPr>
              <w:t xml:space="preserve"> </w:t>
            </w:r>
            <w:r w:rsidRPr="00F57085">
              <w:rPr>
                <w:rFonts w:cs="Arial"/>
                <w:sz w:val="22"/>
              </w:rPr>
              <w:t>Coagulation</w:t>
            </w:r>
            <w:r w:rsidRPr="00F57085">
              <w:rPr>
                <w:rFonts w:cs="Arial"/>
                <w:sz w:val="22"/>
                <w:lang w:val="el-GR"/>
              </w:rPr>
              <w:t>).</w:t>
            </w:r>
          </w:p>
        </w:tc>
      </w:tr>
      <w:tr w:rsidR="00631568" w:rsidRPr="0088511D" w14:paraId="71273CB2" w14:textId="77777777">
        <w:trPr>
          <w:jc w:val="center"/>
        </w:trPr>
        <w:tc>
          <w:tcPr>
            <w:tcW w:w="648" w:type="dxa"/>
            <w:vAlign w:val="center"/>
          </w:tcPr>
          <w:p w14:paraId="5957E63A" w14:textId="77777777" w:rsidR="00631568" w:rsidRPr="00F57085" w:rsidRDefault="000A5455">
            <w:pPr>
              <w:rPr>
                <w:rFonts w:cs="Arial"/>
                <w:sz w:val="22"/>
              </w:rPr>
            </w:pPr>
            <w:r w:rsidRPr="00F57085">
              <w:rPr>
                <w:rFonts w:cs="Arial"/>
                <w:sz w:val="22"/>
              </w:rPr>
              <w:t>4</w:t>
            </w:r>
          </w:p>
        </w:tc>
        <w:tc>
          <w:tcPr>
            <w:tcW w:w="2376" w:type="dxa"/>
            <w:vAlign w:val="center"/>
          </w:tcPr>
          <w:p w14:paraId="1C2826B3" w14:textId="77777777" w:rsidR="00631568" w:rsidRPr="00F57085" w:rsidRDefault="000A5455">
            <w:pPr>
              <w:rPr>
                <w:rFonts w:cs="Arial"/>
                <w:sz w:val="22"/>
              </w:rPr>
            </w:pPr>
            <w:r w:rsidRPr="00F57085">
              <w:rPr>
                <w:rFonts w:cs="Arial"/>
                <w:sz w:val="22"/>
              </w:rPr>
              <w:t>Διπολική λειτουργία</w:t>
            </w:r>
          </w:p>
        </w:tc>
        <w:tc>
          <w:tcPr>
            <w:tcW w:w="7056" w:type="dxa"/>
            <w:vAlign w:val="center"/>
          </w:tcPr>
          <w:p w14:paraId="4B615C85" w14:textId="77777777" w:rsidR="00631568" w:rsidRPr="00F57085" w:rsidRDefault="000A5455">
            <w:pPr>
              <w:rPr>
                <w:rFonts w:cs="Arial"/>
                <w:sz w:val="22"/>
                <w:lang w:val="el-GR"/>
              </w:rPr>
            </w:pPr>
            <w:r w:rsidRPr="00F57085">
              <w:rPr>
                <w:rFonts w:cs="Arial"/>
                <w:sz w:val="22"/>
                <w:lang w:val="el-GR"/>
              </w:rPr>
              <w:t>Να διαθέτει διπολική πήξη (</w:t>
            </w:r>
            <w:r w:rsidRPr="00F57085">
              <w:rPr>
                <w:rFonts w:cs="Arial"/>
                <w:sz w:val="22"/>
              </w:rPr>
              <w:t>Bipolar</w:t>
            </w:r>
            <w:r w:rsidRPr="00F57085">
              <w:rPr>
                <w:rFonts w:cs="Arial"/>
                <w:sz w:val="22"/>
                <w:lang w:val="el-GR"/>
              </w:rPr>
              <w:t xml:space="preserve"> </w:t>
            </w:r>
            <w:r w:rsidRPr="00F57085">
              <w:rPr>
                <w:rFonts w:cs="Arial"/>
                <w:sz w:val="22"/>
              </w:rPr>
              <w:t>Coagulation</w:t>
            </w:r>
            <w:r w:rsidRPr="00F57085">
              <w:rPr>
                <w:rFonts w:cs="Arial"/>
                <w:sz w:val="22"/>
                <w:lang w:val="el-GR"/>
              </w:rPr>
              <w:t>). Η διπολική κοπή να προσφέρεται εφόσον υποστηρίζεται από το μοντέλο και να δηλώνεται ρητά.</w:t>
            </w:r>
          </w:p>
        </w:tc>
      </w:tr>
      <w:tr w:rsidR="00106C4D" w:rsidRPr="00F57085" w14:paraId="13F1E393" w14:textId="77777777" w:rsidTr="00106C4D">
        <w:trPr>
          <w:trHeight w:val="322"/>
          <w:jc w:val="center"/>
        </w:trPr>
        <w:tc>
          <w:tcPr>
            <w:tcW w:w="648" w:type="dxa"/>
            <w:vAlign w:val="center"/>
          </w:tcPr>
          <w:p w14:paraId="09506577" w14:textId="77777777" w:rsidR="00106C4D" w:rsidRPr="00F57085" w:rsidRDefault="00106C4D" w:rsidP="00106C4D">
            <w:pPr>
              <w:rPr>
                <w:rFonts w:cs="Arial"/>
                <w:sz w:val="22"/>
              </w:rPr>
            </w:pPr>
            <w:r w:rsidRPr="00F57085">
              <w:rPr>
                <w:rFonts w:cs="Arial"/>
                <w:sz w:val="22"/>
              </w:rPr>
              <w:t>5</w:t>
            </w:r>
          </w:p>
        </w:tc>
        <w:tc>
          <w:tcPr>
            <w:tcW w:w="2376" w:type="dxa"/>
          </w:tcPr>
          <w:p w14:paraId="6C512FD0" w14:textId="77777777" w:rsidR="00106C4D" w:rsidRPr="00106C4D" w:rsidRDefault="00106C4D" w:rsidP="00106C4D">
            <w:pPr>
              <w:rPr>
                <w:sz w:val="22"/>
                <w:lang w:val="el-GR"/>
              </w:rPr>
            </w:pPr>
            <w:r w:rsidRPr="00106C4D">
              <w:rPr>
                <w:sz w:val="22"/>
                <w:lang w:val="el-GR"/>
              </w:rPr>
              <w:t xml:space="preserve">Μέγιστη ισχύς εξόδου </w:t>
            </w:r>
            <w:r w:rsidRPr="00106C4D">
              <w:rPr>
                <w:sz w:val="22"/>
              </w:rPr>
              <w:t>CUT</w:t>
            </w:r>
          </w:p>
        </w:tc>
        <w:tc>
          <w:tcPr>
            <w:tcW w:w="7056" w:type="dxa"/>
            <w:vAlign w:val="center"/>
          </w:tcPr>
          <w:p w14:paraId="01A43780" w14:textId="77777777" w:rsidR="00106C4D" w:rsidRPr="00106C4D" w:rsidRDefault="00106C4D" w:rsidP="00106C4D">
            <w:pPr>
              <w:rPr>
                <w:rFonts w:cs="Arial"/>
                <w:sz w:val="22"/>
                <w:lang w:val="el-GR"/>
              </w:rPr>
            </w:pPr>
            <w:r w:rsidRPr="00106C4D">
              <w:rPr>
                <w:sz w:val="22"/>
                <w:lang w:val="el-GR"/>
              </w:rPr>
              <w:t xml:space="preserve">80 </w:t>
            </w:r>
            <w:r w:rsidRPr="00106C4D">
              <w:rPr>
                <w:sz w:val="22"/>
              </w:rPr>
              <w:t>W</w:t>
            </w:r>
            <w:r w:rsidRPr="00106C4D">
              <w:rPr>
                <w:sz w:val="22"/>
                <w:lang w:val="el-GR"/>
              </w:rPr>
              <w:t>-250 Ω</w:t>
            </w:r>
          </w:p>
        </w:tc>
      </w:tr>
      <w:tr w:rsidR="00106C4D" w:rsidRPr="00F57085" w14:paraId="2B76436D" w14:textId="77777777" w:rsidTr="00495865">
        <w:trPr>
          <w:jc w:val="center"/>
        </w:trPr>
        <w:tc>
          <w:tcPr>
            <w:tcW w:w="648" w:type="dxa"/>
            <w:vAlign w:val="center"/>
          </w:tcPr>
          <w:p w14:paraId="41B4291D" w14:textId="77777777" w:rsidR="00106C4D" w:rsidRPr="00F57085" w:rsidRDefault="00106C4D" w:rsidP="00106C4D">
            <w:pPr>
              <w:rPr>
                <w:rFonts w:cs="Arial"/>
                <w:sz w:val="22"/>
              </w:rPr>
            </w:pPr>
            <w:r w:rsidRPr="00F57085">
              <w:rPr>
                <w:rFonts w:cs="Arial"/>
                <w:sz w:val="22"/>
              </w:rPr>
              <w:t>6</w:t>
            </w:r>
          </w:p>
        </w:tc>
        <w:tc>
          <w:tcPr>
            <w:tcW w:w="2376" w:type="dxa"/>
          </w:tcPr>
          <w:p w14:paraId="379A110B" w14:textId="77777777" w:rsidR="00106C4D" w:rsidRPr="00106C4D" w:rsidRDefault="00106C4D" w:rsidP="00106C4D">
            <w:pPr>
              <w:rPr>
                <w:sz w:val="22"/>
                <w:lang w:val="el-GR"/>
              </w:rPr>
            </w:pPr>
            <w:r w:rsidRPr="00106C4D">
              <w:rPr>
                <w:sz w:val="22"/>
                <w:lang w:val="el-GR"/>
              </w:rPr>
              <w:t xml:space="preserve">Μέγιστη ισχύς εξόδου </w:t>
            </w:r>
            <w:r w:rsidRPr="00106C4D">
              <w:rPr>
                <w:sz w:val="22"/>
              </w:rPr>
              <w:t>BLEND</w:t>
            </w:r>
            <w:r w:rsidRPr="00106C4D">
              <w:rPr>
                <w:sz w:val="22"/>
                <w:lang w:val="el-GR"/>
              </w:rPr>
              <w:t xml:space="preserve"> </w:t>
            </w:r>
          </w:p>
        </w:tc>
        <w:tc>
          <w:tcPr>
            <w:tcW w:w="7056" w:type="dxa"/>
            <w:vAlign w:val="center"/>
          </w:tcPr>
          <w:p w14:paraId="2C8CAA84" w14:textId="77777777" w:rsidR="00106C4D" w:rsidRPr="00106C4D" w:rsidRDefault="00106C4D" w:rsidP="00106C4D">
            <w:pPr>
              <w:rPr>
                <w:rFonts w:cs="Arial"/>
                <w:sz w:val="22"/>
                <w:lang w:val="el-GR"/>
              </w:rPr>
            </w:pPr>
            <w:r w:rsidRPr="00106C4D">
              <w:rPr>
                <w:sz w:val="22"/>
                <w:lang w:val="el-GR"/>
              </w:rPr>
              <w:t xml:space="preserve">60 </w:t>
            </w:r>
            <w:r w:rsidRPr="00106C4D">
              <w:rPr>
                <w:sz w:val="22"/>
              </w:rPr>
              <w:t>W</w:t>
            </w:r>
            <w:r w:rsidRPr="00106C4D">
              <w:rPr>
                <w:sz w:val="22"/>
                <w:lang w:val="el-GR"/>
              </w:rPr>
              <w:t>-200 Ω</w:t>
            </w:r>
          </w:p>
        </w:tc>
      </w:tr>
      <w:tr w:rsidR="00106C4D" w:rsidRPr="00F57085" w14:paraId="7599E4E4" w14:textId="77777777" w:rsidTr="00495865">
        <w:trPr>
          <w:jc w:val="center"/>
        </w:trPr>
        <w:tc>
          <w:tcPr>
            <w:tcW w:w="648" w:type="dxa"/>
            <w:vAlign w:val="center"/>
          </w:tcPr>
          <w:p w14:paraId="73056C49" w14:textId="77777777" w:rsidR="00106C4D" w:rsidRPr="00F57085" w:rsidRDefault="00106C4D" w:rsidP="00106C4D">
            <w:pPr>
              <w:rPr>
                <w:rFonts w:cs="Arial"/>
                <w:sz w:val="22"/>
              </w:rPr>
            </w:pPr>
            <w:r w:rsidRPr="00F57085">
              <w:rPr>
                <w:rFonts w:cs="Arial"/>
                <w:sz w:val="22"/>
              </w:rPr>
              <w:t>7</w:t>
            </w:r>
          </w:p>
        </w:tc>
        <w:tc>
          <w:tcPr>
            <w:tcW w:w="2376" w:type="dxa"/>
          </w:tcPr>
          <w:p w14:paraId="3218157F" w14:textId="77777777" w:rsidR="00106C4D" w:rsidRPr="00106C4D" w:rsidRDefault="00106C4D" w:rsidP="00106C4D">
            <w:pPr>
              <w:rPr>
                <w:sz w:val="22"/>
                <w:lang w:val="el-GR"/>
              </w:rPr>
            </w:pPr>
            <w:r w:rsidRPr="00106C4D">
              <w:rPr>
                <w:sz w:val="22"/>
                <w:lang w:val="el-GR"/>
              </w:rPr>
              <w:t xml:space="preserve">Μέγιστη ισχύς εξόδου </w:t>
            </w:r>
            <w:r w:rsidRPr="00106C4D">
              <w:rPr>
                <w:sz w:val="22"/>
              </w:rPr>
              <w:t>FORCED</w:t>
            </w:r>
            <w:r w:rsidRPr="00106C4D">
              <w:rPr>
                <w:sz w:val="22"/>
                <w:lang w:val="el-GR"/>
              </w:rPr>
              <w:t xml:space="preserve"> </w:t>
            </w:r>
            <w:r w:rsidRPr="00106C4D">
              <w:rPr>
                <w:sz w:val="22"/>
              </w:rPr>
              <w:t>COAG</w:t>
            </w:r>
            <w:r w:rsidRPr="00106C4D">
              <w:rPr>
                <w:sz w:val="22"/>
                <w:lang w:val="el-GR"/>
              </w:rPr>
              <w:t xml:space="preserve"> </w:t>
            </w:r>
          </w:p>
        </w:tc>
        <w:tc>
          <w:tcPr>
            <w:tcW w:w="7056" w:type="dxa"/>
            <w:vAlign w:val="center"/>
          </w:tcPr>
          <w:p w14:paraId="60FD6F0B" w14:textId="77777777" w:rsidR="00106C4D" w:rsidRPr="00106C4D" w:rsidRDefault="00106C4D" w:rsidP="00106C4D">
            <w:pPr>
              <w:rPr>
                <w:rFonts w:cs="Arial"/>
                <w:sz w:val="22"/>
                <w:lang w:val="el-GR"/>
              </w:rPr>
            </w:pPr>
            <w:r w:rsidRPr="00106C4D">
              <w:rPr>
                <w:sz w:val="22"/>
                <w:lang w:val="el-GR"/>
              </w:rPr>
              <w:t>50</w:t>
            </w:r>
            <w:r w:rsidRPr="00106C4D">
              <w:rPr>
                <w:sz w:val="22"/>
              </w:rPr>
              <w:t>W</w:t>
            </w:r>
            <w:r w:rsidRPr="00106C4D">
              <w:rPr>
                <w:sz w:val="22"/>
                <w:lang w:val="el-GR"/>
              </w:rPr>
              <w:t>-150Ω</w:t>
            </w:r>
          </w:p>
        </w:tc>
      </w:tr>
      <w:tr w:rsidR="00106C4D" w:rsidRPr="00F57085" w14:paraId="082EB33B" w14:textId="77777777" w:rsidTr="00495865">
        <w:trPr>
          <w:jc w:val="center"/>
        </w:trPr>
        <w:tc>
          <w:tcPr>
            <w:tcW w:w="648" w:type="dxa"/>
            <w:vAlign w:val="center"/>
          </w:tcPr>
          <w:p w14:paraId="2BEEEE40" w14:textId="77777777" w:rsidR="00106C4D" w:rsidRPr="00F57085" w:rsidRDefault="00106C4D" w:rsidP="00106C4D">
            <w:pPr>
              <w:rPr>
                <w:rFonts w:cs="Arial"/>
                <w:sz w:val="22"/>
              </w:rPr>
            </w:pPr>
            <w:r w:rsidRPr="00F57085">
              <w:rPr>
                <w:rFonts w:cs="Arial"/>
                <w:sz w:val="22"/>
              </w:rPr>
              <w:t>8</w:t>
            </w:r>
          </w:p>
        </w:tc>
        <w:tc>
          <w:tcPr>
            <w:tcW w:w="2376" w:type="dxa"/>
          </w:tcPr>
          <w:p w14:paraId="0836C4A0" w14:textId="77777777" w:rsidR="00106C4D" w:rsidRPr="00106C4D" w:rsidRDefault="00106C4D" w:rsidP="00106C4D">
            <w:pPr>
              <w:rPr>
                <w:sz w:val="22"/>
                <w:lang w:val="el-GR"/>
              </w:rPr>
            </w:pPr>
            <w:r w:rsidRPr="00106C4D">
              <w:rPr>
                <w:sz w:val="22"/>
                <w:lang w:val="el-GR"/>
              </w:rPr>
              <w:t xml:space="preserve">Μέγιστη ισχύς εξόδου </w:t>
            </w:r>
            <w:r w:rsidRPr="00106C4D">
              <w:rPr>
                <w:sz w:val="22"/>
              </w:rPr>
              <w:t>SOFT</w:t>
            </w:r>
            <w:r w:rsidRPr="00106C4D">
              <w:rPr>
                <w:sz w:val="22"/>
                <w:lang w:val="el-GR"/>
              </w:rPr>
              <w:t xml:space="preserve"> </w:t>
            </w:r>
            <w:r w:rsidRPr="00106C4D">
              <w:rPr>
                <w:sz w:val="22"/>
              </w:rPr>
              <w:t>COAG</w:t>
            </w:r>
            <w:r w:rsidRPr="00106C4D">
              <w:rPr>
                <w:sz w:val="22"/>
                <w:lang w:val="el-GR"/>
              </w:rPr>
              <w:t xml:space="preserve"> </w:t>
            </w:r>
          </w:p>
        </w:tc>
        <w:tc>
          <w:tcPr>
            <w:tcW w:w="7056" w:type="dxa"/>
            <w:vAlign w:val="center"/>
          </w:tcPr>
          <w:p w14:paraId="3821EA85" w14:textId="77777777" w:rsidR="00106C4D" w:rsidRPr="00106C4D" w:rsidRDefault="00106C4D" w:rsidP="00106C4D">
            <w:pPr>
              <w:rPr>
                <w:rFonts w:cs="Arial"/>
                <w:sz w:val="22"/>
                <w:lang w:val="el-GR"/>
              </w:rPr>
            </w:pPr>
            <w:r w:rsidRPr="00106C4D">
              <w:rPr>
                <w:sz w:val="22"/>
                <w:lang w:val="el-GR"/>
              </w:rPr>
              <w:t xml:space="preserve">40 </w:t>
            </w:r>
            <w:r w:rsidRPr="00106C4D">
              <w:rPr>
                <w:sz w:val="22"/>
              </w:rPr>
              <w:t>W</w:t>
            </w:r>
            <w:r w:rsidRPr="00106C4D">
              <w:rPr>
                <w:sz w:val="22"/>
                <w:lang w:val="el-GR"/>
              </w:rPr>
              <w:t>-100 Ω</w:t>
            </w:r>
          </w:p>
        </w:tc>
      </w:tr>
      <w:tr w:rsidR="00106C4D" w:rsidRPr="00F57085" w14:paraId="4E9C1972" w14:textId="77777777" w:rsidTr="00495865">
        <w:trPr>
          <w:jc w:val="center"/>
        </w:trPr>
        <w:tc>
          <w:tcPr>
            <w:tcW w:w="648" w:type="dxa"/>
            <w:vAlign w:val="center"/>
          </w:tcPr>
          <w:p w14:paraId="029E99C8" w14:textId="77777777" w:rsidR="00106C4D" w:rsidRPr="00F57085" w:rsidRDefault="00106C4D" w:rsidP="00106C4D">
            <w:pPr>
              <w:rPr>
                <w:rFonts w:cs="Arial"/>
                <w:sz w:val="22"/>
              </w:rPr>
            </w:pPr>
            <w:r w:rsidRPr="00F57085">
              <w:rPr>
                <w:rFonts w:cs="Arial"/>
                <w:sz w:val="22"/>
              </w:rPr>
              <w:t>9</w:t>
            </w:r>
          </w:p>
        </w:tc>
        <w:tc>
          <w:tcPr>
            <w:tcW w:w="2376" w:type="dxa"/>
          </w:tcPr>
          <w:p w14:paraId="197E3BBD" w14:textId="77777777" w:rsidR="00106C4D" w:rsidRPr="00106C4D" w:rsidRDefault="00106C4D" w:rsidP="00106C4D">
            <w:pPr>
              <w:rPr>
                <w:sz w:val="22"/>
                <w:lang w:val="el-GR"/>
              </w:rPr>
            </w:pPr>
            <w:r w:rsidRPr="00106C4D">
              <w:rPr>
                <w:sz w:val="22"/>
                <w:lang w:val="el-GR"/>
              </w:rPr>
              <w:t xml:space="preserve">Μέγιστη ισχύς εξόδου </w:t>
            </w:r>
            <w:r w:rsidRPr="00106C4D">
              <w:rPr>
                <w:sz w:val="22"/>
              </w:rPr>
              <w:t>BIPOLAR</w:t>
            </w:r>
            <w:r w:rsidRPr="00106C4D">
              <w:rPr>
                <w:sz w:val="22"/>
                <w:lang w:val="el-GR"/>
              </w:rPr>
              <w:t xml:space="preserve"> </w:t>
            </w:r>
          </w:p>
        </w:tc>
        <w:tc>
          <w:tcPr>
            <w:tcW w:w="7056" w:type="dxa"/>
            <w:vAlign w:val="center"/>
          </w:tcPr>
          <w:p w14:paraId="1AC69057" w14:textId="77777777" w:rsidR="00106C4D" w:rsidRPr="00106C4D" w:rsidRDefault="00106C4D" w:rsidP="00106C4D">
            <w:pPr>
              <w:rPr>
                <w:rFonts w:cs="Arial"/>
                <w:sz w:val="22"/>
                <w:lang w:val="el-GR"/>
              </w:rPr>
            </w:pPr>
            <w:r w:rsidRPr="00106C4D">
              <w:rPr>
                <w:sz w:val="22"/>
                <w:lang w:val="el-GR"/>
              </w:rPr>
              <w:t xml:space="preserve">30 </w:t>
            </w:r>
            <w:r w:rsidRPr="00106C4D">
              <w:rPr>
                <w:sz w:val="22"/>
              </w:rPr>
              <w:t>W</w:t>
            </w:r>
            <w:r w:rsidRPr="00106C4D">
              <w:rPr>
                <w:sz w:val="22"/>
                <w:lang w:val="el-GR"/>
              </w:rPr>
              <w:t>-100 Ω</w:t>
            </w:r>
          </w:p>
        </w:tc>
      </w:tr>
      <w:tr w:rsidR="00C96181" w:rsidRPr="0088511D" w14:paraId="01C93FBC" w14:textId="77777777">
        <w:trPr>
          <w:jc w:val="center"/>
        </w:trPr>
        <w:tc>
          <w:tcPr>
            <w:tcW w:w="648" w:type="dxa"/>
            <w:vAlign w:val="center"/>
          </w:tcPr>
          <w:p w14:paraId="5588FAF6" w14:textId="77777777" w:rsidR="00C96181" w:rsidRPr="00F57085" w:rsidRDefault="00C96181" w:rsidP="00C96181">
            <w:pPr>
              <w:rPr>
                <w:rFonts w:cs="Arial"/>
                <w:sz w:val="22"/>
              </w:rPr>
            </w:pPr>
            <w:r w:rsidRPr="00F57085">
              <w:rPr>
                <w:rFonts w:cs="Arial"/>
                <w:sz w:val="22"/>
              </w:rPr>
              <w:t>10</w:t>
            </w:r>
          </w:p>
        </w:tc>
        <w:tc>
          <w:tcPr>
            <w:tcW w:w="2376" w:type="dxa"/>
            <w:vAlign w:val="center"/>
          </w:tcPr>
          <w:p w14:paraId="03109353" w14:textId="77777777" w:rsidR="00C96181" w:rsidRPr="00F57085" w:rsidRDefault="00C96181" w:rsidP="00C96181">
            <w:pPr>
              <w:rPr>
                <w:rFonts w:cs="Arial"/>
                <w:sz w:val="22"/>
              </w:rPr>
            </w:pPr>
            <w:r w:rsidRPr="00F57085">
              <w:rPr>
                <w:rFonts w:cs="Arial"/>
                <w:sz w:val="22"/>
              </w:rPr>
              <w:t>Ρύθμιση ισχύος</w:t>
            </w:r>
          </w:p>
        </w:tc>
        <w:tc>
          <w:tcPr>
            <w:tcW w:w="7056" w:type="dxa"/>
            <w:vAlign w:val="center"/>
          </w:tcPr>
          <w:p w14:paraId="2DF09678" w14:textId="77777777" w:rsidR="00C96181" w:rsidRPr="00F57085" w:rsidRDefault="00C96181" w:rsidP="00C96181">
            <w:pPr>
              <w:rPr>
                <w:rFonts w:cs="Arial"/>
                <w:sz w:val="22"/>
                <w:lang w:val="el-GR"/>
              </w:rPr>
            </w:pPr>
            <w:r w:rsidRPr="00F57085">
              <w:rPr>
                <w:rFonts w:cs="Arial"/>
                <w:sz w:val="22"/>
                <w:lang w:val="el-GR"/>
              </w:rPr>
              <w:t>Ανεξάρτητη ρύθμιση ανά τρόπο λειτουργίας, με ευκρινή ένδειξη της επιλεγμένης ισχύος.</w:t>
            </w:r>
          </w:p>
        </w:tc>
      </w:tr>
      <w:tr w:rsidR="00C96181" w:rsidRPr="0088511D" w14:paraId="4C5C79D2" w14:textId="77777777">
        <w:trPr>
          <w:jc w:val="center"/>
        </w:trPr>
        <w:tc>
          <w:tcPr>
            <w:tcW w:w="648" w:type="dxa"/>
            <w:vAlign w:val="center"/>
          </w:tcPr>
          <w:p w14:paraId="209EB404" w14:textId="77777777" w:rsidR="00C96181" w:rsidRPr="00F57085" w:rsidRDefault="00C96181" w:rsidP="00C96181">
            <w:pPr>
              <w:rPr>
                <w:rFonts w:cs="Arial"/>
                <w:sz w:val="22"/>
              </w:rPr>
            </w:pPr>
            <w:r w:rsidRPr="00F57085">
              <w:rPr>
                <w:rFonts w:cs="Arial"/>
                <w:sz w:val="22"/>
              </w:rPr>
              <w:t>11</w:t>
            </w:r>
          </w:p>
        </w:tc>
        <w:tc>
          <w:tcPr>
            <w:tcW w:w="2376" w:type="dxa"/>
            <w:vAlign w:val="center"/>
          </w:tcPr>
          <w:p w14:paraId="036CB116" w14:textId="77777777" w:rsidR="00C96181" w:rsidRPr="00F57085" w:rsidRDefault="00C96181" w:rsidP="00C96181">
            <w:pPr>
              <w:rPr>
                <w:rFonts w:cs="Arial"/>
                <w:sz w:val="22"/>
              </w:rPr>
            </w:pPr>
            <w:r w:rsidRPr="00F57085">
              <w:rPr>
                <w:rFonts w:cs="Arial"/>
                <w:sz w:val="22"/>
              </w:rPr>
              <w:t>Ενεργοποίηση</w:t>
            </w:r>
          </w:p>
        </w:tc>
        <w:tc>
          <w:tcPr>
            <w:tcW w:w="7056" w:type="dxa"/>
            <w:vAlign w:val="center"/>
          </w:tcPr>
          <w:p w14:paraId="7BD242E0" w14:textId="77777777" w:rsidR="00C96181" w:rsidRPr="00F57085" w:rsidRDefault="00C96181" w:rsidP="00C96181">
            <w:pPr>
              <w:rPr>
                <w:rFonts w:cs="Arial"/>
                <w:sz w:val="22"/>
                <w:lang w:val="el-GR"/>
              </w:rPr>
            </w:pPr>
            <w:r w:rsidRPr="00F57085">
              <w:rPr>
                <w:rFonts w:cs="Arial"/>
                <w:sz w:val="22"/>
                <w:lang w:val="el-GR"/>
              </w:rPr>
              <w:t>Να υποστηρίζει ενεργοποίηση μονοπολικής λειτουργίας από χειρολαβή με πλήκτρα και/ή ποδοδιακόπτη, καθώς και διπολικής λειτουργίας με συμβατό ποδοδιακόπτη ή άλλο εγκεκριμένο χειριστήριο.</w:t>
            </w:r>
          </w:p>
        </w:tc>
      </w:tr>
      <w:tr w:rsidR="00C96181" w:rsidRPr="0088511D" w14:paraId="343C0C7B" w14:textId="77777777">
        <w:trPr>
          <w:jc w:val="center"/>
        </w:trPr>
        <w:tc>
          <w:tcPr>
            <w:tcW w:w="648" w:type="dxa"/>
            <w:vAlign w:val="center"/>
          </w:tcPr>
          <w:p w14:paraId="12BA3D3E" w14:textId="77777777" w:rsidR="00C96181" w:rsidRPr="00F57085" w:rsidRDefault="00C96181" w:rsidP="00C96181">
            <w:pPr>
              <w:rPr>
                <w:rFonts w:cs="Arial"/>
                <w:sz w:val="22"/>
              </w:rPr>
            </w:pPr>
            <w:r w:rsidRPr="00F57085">
              <w:rPr>
                <w:rFonts w:cs="Arial"/>
                <w:sz w:val="22"/>
              </w:rPr>
              <w:t>12</w:t>
            </w:r>
          </w:p>
        </w:tc>
        <w:tc>
          <w:tcPr>
            <w:tcW w:w="2376" w:type="dxa"/>
            <w:vAlign w:val="center"/>
          </w:tcPr>
          <w:p w14:paraId="0DCC1FBC" w14:textId="77777777" w:rsidR="00C96181" w:rsidRPr="00F57085" w:rsidRDefault="00C96181" w:rsidP="00C96181">
            <w:pPr>
              <w:rPr>
                <w:rFonts w:cs="Arial"/>
                <w:sz w:val="22"/>
              </w:rPr>
            </w:pPr>
            <w:r w:rsidRPr="00F57085">
              <w:rPr>
                <w:rFonts w:cs="Arial"/>
                <w:sz w:val="22"/>
              </w:rPr>
              <w:t>Έλεγχος ουδέτερου ηλεκτροδίου</w:t>
            </w:r>
          </w:p>
        </w:tc>
        <w:tc>
          <w:tcPr>
            <w:tcW w:w="7056" w:type="dxa"/>
            <w:vAlign w:val="center"/>
          </w:tcPr>
          <w:p w14:paraId="6AEA2937" w14:textId="77777777" w:rsidR="00C96181" w:rsidRPr="00F57085" w:rsidRDefault="00C96181" w:rsidP="00C96181">
            <w:pPr>
              <w:rPr>
                <w:rFonts w:cs="Arial"/>
                <w:sz w:val="22"/>
                <w:lang w:val="el-GR"/>
              </w:rPr>
            </w:pPr>
            <w:r w:rsidRPr="00F57085">
              <w:rPr>
                <w:rFonts w:cs="Arial"/>
                <w:sz w:val="22"/>
                <w:lang w:val="el-GR"/>
              </w:rPr>
              <w:t>Σύστημα ελέγχου ποιότητας επαφής ηλεκτροδίου επιστροφής ασθενούς, κατάλληλο για διαιρούμενο ηλεκτρόδιο όπου προβλέπεται.</w:t>
            </w:r>
          </w:p>
        </w:tc>
      </w:tr>
      <w:tr w:rsidR="00C96181" w:rsidRPr="0088511D" w14:paraId="049BC802" w14:textId="77777777">
        <w:trPr>
          <w:jc w:val="center"/>
        </w:trPr>
        <w:tc>
          <w:tcPr>
            <w:tcW w:w="648" w:type="dxa"/>
            <w:vAlign w:val="center"/>
          </w:tcPr>
          <w:p w14:paraId="7EB79AEE" w14:textId="77777777" w:rsidR="00C96181" w:rsidRPr="00F57085" w:rsidRDefault="00C96181" w:rsidP="00C96181">
            <w:pPr>
              <w:rPr>
                <w:rFonts w:cs="Arial"/>
                <w:sz w:val="22"/>
              </w:rPr>
            </w:pPr>
            <w:r w:rsidRPr="00F57085">
              <w:rPr>
                <w:rFonts w:cs="Arial"/>
                <w:sz w:val="22"/>
              </w:rPr>
              <w:t>13</w:t>
            </w:r>
          </w:p>
        </w:tc>
        <w:tc>
          <w:tcPr>
            <w:tcW w:w="2376" w:type="dxa"/>
            <w:vAlign w:val="center"/>
          </w:tcPr>
          <w:p w14:paraId="64BF8AE7" w14:textId="77777777" w:rsidR="00C96181" w:rsidRPr="00F57085" w:rsidRDefault="00C96181" w:rsidP="00C96181">
            <w:pPr>
              <w:rPr>
                <w:rFonts w:cs="Arial"/>
                <w:sz w:val="22"/>
              </w:rPr>
            </w:pPr>
            <w:r w:rsidRPr="00F57085">
              <w:rPr>
                <w:rFonts w:cs="Arial"/>
                <w:sz w:val="22"/>
              </w:rPr>
              <w:t>Ασφάλεια</w:t>
            </w:r>
          </w:p>
        </w:tc>
        <w:tc>
          <w:tcPr>
            <w:tcW w:w="7056" w:type="dxa"/>
            <w:vAlign w:val="center"/>
          </w:tcPr>
          <w:p w14:paraId="2340B63B" w14:textId="77777777" w:rsidR="00C96181" w:rsidRPr="00F57085" w:rsidRDefault="00C96181" w:rsidP="00C96181">
            <w:pPr>
              <w:rPr>
                <w:rFonts w:cs="Arial"/>
                <w:sz w:val="22"/>
                <w:lang w:val="el-GR"/>
              </w:rPr>
            </w:pPr>
            <w:r w:rsidRPr="00F57085">
              <w:rPr>
                <w:rFonts w:cs="Arial"/>
                <w:sz w:val="22"/>
                <w:lang w:val="el-GR"/>
              </w:rPr>
              <w:t>Αυτοέλεγχος, κωδικοί σφαλμάτων/συναγερμοί, προστασία από υπερφόρτωση και ασφαλής διακοπή εξόδου σε κρίσιμο σφάλμα.</w:t>
            </w:r>
          </w:p>
        </w:tc>
      </w:tr>
      <w:tr w:rsidR="00C96181" w:rsidRPr="0088511D" w14:paraId="2CBC160E" w14:textId="77777777">
        <w:trPr>
          <w:jc w:val="center"/>
        </w:trPr>
        <w:tc>
          <w:tcPr>
            <w:tcW w:w="648" w:type="dxa"/>
            <w:vAlign w:val="center"/>
          </w:tcPr>
          <w:p w14:paraId="6754AEA5" w14:textId="77777777" w:rsidR="00C96181" w:rsidRPr="00F57085" w:rsidRDefault="00C96181" w:rsidP="00C96181">
            <w:pPr>
              <w:rPr>
                <w:rFonts w:cs="Arial"/>
                <w:sz w:val="22"/>
              </w:rPr>
            </w:pPr>
            <w:r w:rsidRPr="00F57085">
              <w:rPr>
                <w:rFonts w:cs="Arial"/>
                <w:sz w:val="22"/>
              </w:rPr>
              <w:t>14</w:t>
            </w:r>
          </w:p>
        </w:tc>
        <w:tc>
          <w:tcPr>
            <w:tcW w:w="2376" w:type="dxa"/>
            <w:vAlign w:val="center"/>
          </w:tcPr>
          <w:p w14:paraId="36BCD971" w14:textId="77777777" w:rsidR="00C96181" w:rsidRPr="00F57085" w:rsidRDefault="00C96181" w:rsidP="00C96181">
            <w:pPr>
              <w:rPr>
                <w:rFonts w:cs="Arial"/>
                <w:sz w:val="22"/>
              </w:rPr>
            </w:pPr>
            <w:r w:rsidRPr="00F57085">
              <w:rPr>
                <w:rFonts w:cs="Arial"/>
                <w:sz w:val="22"/>
              </w:rPr>
              <w:t>Ηλεκτρική ασφάλεια και EMC</w:t>
            </w:r>
          </w:p>
        </w:tc>
        <w:tc>
          <w:tcPr>
            <w:tcW w:w="7056" w:type="dxa"/>
            <w:vAlign w:val="center"/>
          </w:tcPr>
          <w:p w14:paraId="05EE944E" w14:textId="77777777" w:rsidR="00C96181" w:rsidRPr="00F57085" w:rsidRDefault="00C96181" w:rsidP="00C96181">
            <w:pPr>
              <w:rPr>
                <w:rFonts w:cs="Arial"/>
                <w:sz w:val="22"/>
                <w:lang w:val="el-GR"/>
              </w:rPr>
            </w:pPr>
            <w:r w:rsidRPr="00F57085">
              <w:rPr>
                <w:rFonts w:cs="Arial"/>
                <w:sz w:val="22"/>
                <w:lang w:val="el-GR"/>
              </w:rPr>
              <w:t xml:space="preserve">Συμμόρφωση με τα εφαρμοστέα </w:t>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60601-1, </w:t>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60601-1-2 και </w:t>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60601-2-2.</w:t>
            </w:r>
          </w:p>
        </w:tc>
      </w:tr>
      <w:tr w:rsidR="00C96181" w:rsidRPr="0088511D" w14:paraId="190E1D10" w14:textId="77777777">
        <w:trPr>
          <w:jc w:val="center"/>
        </w:trPr>
        <w:tc>
          <w:tcPr>
            <w:tcW w:w="648" w:type="dxa"/>
            <w:vAlign w:val="center"/>
          </w:tcPr>
          <w:p w14:paraId="46A6E6E2" w14:textId="77777777" w:rsidR="00C96181" w:rsidRPr="00F57085" w:rsidRDefault="00C96181" w:rsidP="00C96181">
            <w:pPr>
              <w:rPr>
                <w:rFonts w:cs="Arial"/>
                <w:sz w:val="22"/>
              </w:rPr>
            </w:pPr>
            <w:r w:rsidRPr="00F57085">
              <w:rPr>
                <w:rFonts w:cs="Arial"/>
                <w:sz w:val="22"/>
              </w:rPr>
              <w:t>15</w:t>
            </w:r>
          </w:p>
        </w:tc>
        <w:tc>
          <w:tcPr>
            <w:tcW w:w="2376" w:type="dxa"/>
            <w:vAlign w:val="center"/>
          </w:tcPr>
          <w:p w14:paraId="0BF4571A" w14:textId="77777777" w:rsidR="00C96181" w:rsidRPr="00F57085" w:rsidRDefault="00C96181" w:rsidP="00C96181">
            <w:pPr>
              <w:rPr>
                <w:rFonts w:cs="Arial"/>
                <w:sz w:val="22"/>
              </w:rPr>
            </w:pPr>
            <w:r w:rsidRPr="00F57085">
              <w:rPr>
                <w:rFonts w:cs="Arial"/>
                <w:sz w:val="22"/>
              </w:rPr>
              <w:t>Μνήμη ρυθμίσεων</w:t>
            </w:r>
          </w:p>
        </w:tc>
        <w:tc>
          <w:tcPr>
            <w:tcW w:w="7056" w:type="dxa"/>
            <w:vAlign w:val="center"/>
          </w:tcPr>
          <w:p w14:paraId="37BE429C" w14:textId="77777777" w:rsidR="00C96181" w:rsidRPr="00F57085" w:rsidRDefault="00C96181" w:rsidP="00C96181">
            <w:pPr>
              <w:rPr>
                <w:rFonts w:cs="Arial"/>
                <w:sz w:val="22"/>
                <w:lang w:val="el-GR"/>
              </w:rPr>
            </w:pPr>
            <w:r w:rsidRPr="00F57085">
              <w:rPr>
                <w:rFonts w:cs="Arial"/>
                <w:sz w:val="22"/>
                <w:lang w:val="el-GR"/>
              </w:rPr>
              <w:t>Επιθυμητή η αποθήκευση προγραμμάτων ή/και τελευταίων ρυθμίσεων· να δηλωθεί η δυνατότητα.</w:t>
            </w:r>
          </w:p>
        </w:tc>
      </w:tr>
      <w:tr w:rsidR="00C96181" w:rsidRPr="0088511D" w14:paraId="4B469027" w14:textId="77777777">
        <w:trPr>
          <w:jc w:val="center"/>
        </w:trPr>
        <w:tc>
          <w:tcPr>
            <w:tcW w:w="648" w:type="dxa"/>
            <w:vAlign w:val="center"/>
          </w:tcPr>
          <w:p w14:paraId="4D7D9FBD" w14:textId="77777777" w:rsidR="00C96181" w:rsidRPr="00F57085" w:rsidRDefault="00C96181" w:rsidP="00C96181">
            <w:pPr>
              <w:rPr>
                <w:rFonts w:cs="Arial"/>
                <w:sz w:val="22"/>
              </w:rPr>
            </w:pPr>
            <w:r>
              <w:rPr>
                <w:rFonts w:cs="Arial"/>
                <w:sz w:val="22"/>
              </w:rPr>
              <w:lastRenderedPageBreak/>
              <w:t>16</w:t>
            </w:r>
          </w:p>
        </w:tc>
        <w:tc>
          <w:tcPr>
            <w:tcW w:w="2376" w:type="dxa"/>
            <w:vAlign w:val="center"/>
          </w:tcPr>
          <w:p w14:paraId="676606F3" w14:textId="77777777" w:rsidR="00C96181" w:rsidRPr="00F57085" w:rsidRDefault="00C96181" w:rsidP="00C96181">
            <w:pPr>
              <w:rPr>
                <w:rFonts w:cs="Arial"/>
                <w:sz w:val="22"/>
              </w:rPr>
            </w:pPr>
            <w:r w:rsidRPr="00F57085">
              <w:rPr>
                <w:rFonts w:cs="Arial"/>
                <w:sz w:val="22"/>
              </w:rPr>
              <w:t>Τροχήλατη βάση</w:t>
            </w:r>
          </w:p>
        </w:tc>
        <w:tc>
          <w:tcPr>
            <w:tcW w:w="7056" w:type="dxa"/>
            <w:vAlign w:val="center"/>
          </w:tcPr>
          <w:p w14:paraId="50258AB1" w14:textId="77777777" w:rsidR="00C96181" w:rsidRPr="00F57085" w:rsidRDefault="00C96181" w:rsidP="00C96181">
            <w:pPr>
              <w:rPr>
                <w:rFonts w:cs="Arial"/>
                <w:sz w:val="22"/>
                <w:lang w:val="el-GR"/>
              </w:rPr>
            </w:pPr>
            <w:r w:rsidRPr="00F57085">
              <w:rPr>
                <w:rFonts w:cs="Arial"/>
                <w:sz w:val="22"/>
                <w:lang w:val="el-GR"/>
              </w:rPr>
              <w:t>Να περιλαμβάνεται τροχήλατη βάση ή να δηλώνεται αν παρέχεται ως βασικό/προαιρετικό παρελκόμενο.</w:t>
            </w:r>
          </w:p>
        </w:tc>
      </w:tr>
      <w:tr w:rsidR="00C96181" w:rsidRPr="0088511D" w14:paraId="013E5C18" w14:textId="77777777">
        <w:trPr>
          <w:jc w:val="center"/>
        </w:trPr>
        <w:tc>
          <w:tcPr>
            <w:tcW w:w="648" w:type="dxa"/>
            <w:vAlign w:val="center"/>
          </w:tcPr>
          <w:p w14:paraId="6D14F890" w14:textId="77777777" w:rsidR="00C96181" w:rsidRPr="00F57085" w:rsidRDefault="00C96181" w:rsidP="00C96181">
            <w:pPr>
              <w:rPr>
                <w:rFonts w:cs="Arial"/>
                <w:sz w:val="22"/>
              </w:rPr>
            </w:pPr>
            <w:r>
              <w:rPr>
                <w:rFonts w:cs="Arial"/>
                <w:sz w:val="22"/>
              </w:rPr>
              <w:t>17</w:t>
            </w:r>
          </w:p>
        </w:tc>
        <w:tc>
          <w:tcPr>
            <w:tcW w:w="2376" w:type="dxa"/>
            <w:vAlign w:val="center"/>
          </w:tcPr>
          <w:p w14:paraId="5890A8B1" w14:textId="77777777" w:rsidR="00C96181" w:rsidRPr="00F57085" w:rsidRDefault="00C96181" w:rsidP="00C96181">
            <w:pPr>
              <w:rPr>
                <w:rFonts w:cs="Arial"/>
                <w:sz w:val="22"/>
              </w:rPr>
            </w:pPr>
            <w:r w:rsidRPr="00F57085">
              <w:rPr>
                <w:rFonts w:cs="Arial"/>
                <w:sz w:val="22"/>
              </w:rPr>
              <w:t>Εγχειρίδια</w:t>
            </w:r>
          </w:p>
        </w:tc>
        <w:tc>
          <w:tcPr>
            <w:tcW w:w="7056" w:type="dxa"/>
            <w:vAlign w:val="center"/>
          </w:tcPr>
          <w:p w14:paraId="40A47C39" w14:textId="77777777" w:rsidR="00C96181" w:rsidRPr="00F57085" w:rsidRDefault="00C96181" w:rsidP="00C96181">
            <w:pPr>
              <w:rPr>
                <w:rFonts w:cs="Arial"/>
                <w:sz w:val="22"/>
                <w:lang w:val="el-GR"/>
              </w:rPr>
            </w:pPr>
            <w:r w:rsidRPr="00F57085">
              <w:rPr>
                <w:rFonts w:cs="Arial"/>
                <w:sz w:val="22"/>
                <w:lang w:val="el-GR"/>
              </w:rPr>
              <w:t>Εγχειρίδιο χρήσης και βασικές οδηγίες ασφαλείας στην ελληνική ή αγγλική γλώσσα.</w:t>
            </w:r>
          </w:p>
        </w:tc>
      </w:tr>
    </w:tbl>
    <w:p w14:paraId="505FBFD6" w14:textId="77777777" w:rsidR="00631568" w:rsidRPr="00F57085" w:rsidRDefault="00631568">
      <w:pPr>
        <w:spacing w:after="0"/>
        <w:rPr>
          <w:rFonts w:cs="Arial"/>
          <w:sz w:val="22"/>
          <w:lang w:val="el-GR"/>
        </w:rPr>
      </w:pPr>
    </w:p>
    <w:p w14:paraId="044F5AA6" w14:textId="77777777" w:rsidR="00631568" w:rsidRPr="00F57085" w:rsidRDefault="000A5455">
      <w:pPr>
        <w:spacing w:after="60"/>
        <w:rPr>
          <w:rFonts w:cs="Arial"/>
          <w:sz w:val="22"/>
          <w:lang w:val="el-GR"/>
        </w:rPr>
      </w:pPr>
      <w:r w:rsidRPr="00F57085">
        <w:rPr>
          <w:rFonts w:cs="Arial"/>
          <w:sz w:val="22"/>
          <w:lang w:val="el-GR"/>
        </w:rPr>
        <w:t>Σημείωση: Οι τιμές ισχύος παραπάνω αποτελούν προτεινόμενα κατώτατα όρια για γενική ηλεκτροχειρουργική χρήση και πρέπει να επιβεβαιωθούν από την κλινική υπηρεσία με βάση τις προβλεπόμενες επεμβάσεις. Η ισχύς εξόδου δεν αξιολογείται χωρίς το αντίστοιχο φορτίο μέτρησης και τα στοιχεία του κατασκευαστή.</w:t>
      </w:r>
    </w:p>
    <w:p w14:paraId="73555271" w14:textId="77777777" w:rsidR="00631568" w:rsidRPr="00106C4D" w:rsidRDefault="000A5455">
      <w:pPr>
        <w:pStyle w:val="21"/>
        <w:rPr>
          <w:rFonts w:ascii="Arial" w:hAnsi="Arial" w:cs="Arial"/>
          <w:color w:val="auto"/>
          <w:sz w:val="24"/>
          <w:szCs w:val="24"/>
          <w:lang w:val="el-GR"/>
        </w:rPr>
      </w:pPr>
      <w:r w:rsidRPr="00106C4D">
        <w:rPr>
          <w:rFonts w:ascii="Arial" w:hAnsi="Arial" w:cs="Arial"/>
          <w:color w:val="auto"/>
          <w:sz w:val="24"/>
          <w:szCs w:val="24"/>
          <w:lang w:val="el-GR"/>
        </w:rPr>
        <w:t>4.3</w:t>
      </w:r>
      <w:r w:rsidR="00185176" w:rsidRPr="00106C4D">
        <w:rPr>
          <w:rFonts w:ascii="Arial" w:hAnsi="Arial" w:cs="Arial"/>
          <w:color w:val="auto"/>
          <w:sz w:val="24"/>
          <w:szCs w:val="24"/>
          <w:lang w:val="el-GR"/>
        </w:rPr>
        <w:tab/>
      </w:r>
      <w:r w:rsidRPr="00106C4D">
        <w:rPr>
          <w:rFonts w:ascii="Arial" w:hAnsi="Arial" w:cs="Arial"/>
          <w:color w:val="auto"/>
          <w:sz w:val="24"/>
          <w:szCs w:val="24"/>
          <w:lang w:val="el-GR"/>
        </w:rPr>
        <w:t xml:space="preserve"> </w:t>
      </w:r>
      <w:r w:rsidR="00451C13" w:rsidRPr="00106C4D">
        <w:rPr>
          <w:rFonts w:ascii="Arial" w:hAnsi="Arial" w:cs="Arial"/>
          <w:color w:val="auto"/>
          <w:sz w:val="24"/>
          <w:szCs w:val="24"/>
          <w:lang w:val="el-GR"/>
        </w:rPr>
        <w:t xml:space="preserve"> </w:t>
      </w:r>
      <w:r w:rsidRPr="00106C4D">
        <w:rPr>
          <w:rFonts w:ascii="Arial" w:hAnsi="Arial" w:cs="Arial"/>
          <w:color w:val="auto"/>
          <w:sz w:val="24"/>
          <w:szCs w:val="24"/>
          <w:lang w:val="el-GR"/>
        </w:rPr>
        <w:t>Παρελκόμενα</w:t>
      </w:r>
    </w:p>
    <w:p w14:paraId="2B48A579" w14:textId="77777777" w:rsidR="00451C13" w:rsidRPr="00451C13" w:rsidRDefault="00451C13" w:rsidP="00451C13">
      <w:pPr>
        <w:rPr>
          <w:lang w:val="el-GR"/>
        </w:rPr>
      </w:pPr>
    </w:p>
    <w:p w14:paraId="1D00E681" w14:textId="77777777" w:rsidR="00631568" w:rsidRDefault="000A5455">
      <w:pPr>
        <w:spacing w:after="60"/>
        <w:rPr>
          <w:rFonts w:cs="Arial"/>
          <w:sz w:val="22"/>
          <w:lang w:val="el-GR"/>
        </w:rPr>
      </w:pPr>
      <w:r w:rsidRPr="00F57085">
        <w:rPr>
          <w:rFonts w:cs="Arial"/>
          <w:sz w:val="22"/>
          <w:lang w:val="el-GR"/>
        </w:rPr>
        <w:t>Η συσκευή να παραδοθεί με όλα τα απαραίτητα παρελκόμενα για πλήρη και ασφαλή λειτουργία. Να αναφέρεται ρητά ποια παρελκόμενα είναι επαναχρησιμοποιούμενα, ποια μιας χρήσης και ποια μπορούν να αποστειρωθούν, σύμφωνα με τις οδηγίες του κατασκευαστή.</w:t>
      </w:r>
    </w:p>
    <w:p w14:paraId="4697AAA5" w14:textId="77777777" w:rsidR="00451C13" w:rsidRPr="00F57085" w:rsidRDefault="00451C13">
      <w:pPr>
        <w:spacing w:after="60"/>
        <w:rPr>
          <w:rFonts w:cs="Arial"/>
          <w:sz w:val="22"/>
          <w:lang w:val="el-GR"/>
        </w:rPr>
      </w:pPr>
    </w:p>
    <w:tbl>
      <w:tblPr>
        <w:tblStyle w:val="afa"/>
        <w:tblW w:w="0" w:type="auto"/>
        <w:jc w:val="center"/>
        <w:tblLook w:val="04A0" w:firstRow="1" w:lastRow="0" w:firstColumn="1" w:lastColumn="0" w:noHBand="0" w:noVBand="1"/>
      </w:tblPr>
      <w:tblGrid>
        <w:gridCol w:w="648"/>
        <w:gridCol w:w="3456"/>
        <w:gridCol w:w="5976"/>
      </w:tblGrid>
      <w:tr w:rsidR="00631568" w:rsidRPr="00F57085" w14:paraId="623709B9" w14:textId="77777777">
        <w:trPr>
          <w:jc w:val="center"/>
        </w:trPr>
        <w:tc>
          <w:tcPr>
            <w:tcW w:w="648" w:type="dxa"/>
            <w:shd w:val="clear" w:color="auto" w:fill="D9EAD3"/>
            <w:vAlign w:val="center"/>
          </w:tcPr>
          <w:p w14:paraId="437A563B" w14:textId="77777777" w:rsidR="00631568" w:rsidRPr="00F57085" w:rsidRDefault="000A5455">
            <w:pPr>
              <w:rPr>
                <w:rFonts w:cs="Arial"/>
                <w:sz w:val="22"/>
              </w:rPr>
            </w:pPr>
            <w:r w:rsidRPr="00F57085">
              <w:rPr>
                <w:rFonts w:cs="Arial"/>
                <w:b/>
                <w:sz w:val="22"/>
              </w:rPr>
              <w:t>Α/Α</w:t>
            </w:r>
          </w:p>
        </w:tc>
        <w:tc>
          <w:tcPr>
            <w:tcW w:w="3456" w:type="dxa"/>
            <w:shd w:val="clear" w:color="auto" w:fill="D9EAD3"/>
            <w:vAlign w:val="center"/>
          </w:tcPr>
          <w:p w14:paraId="474AEA8D" w14:textId="77777777" w:rsidR="00631568" w:rsidRPr="00F57085" w:rsidRDefault="000A5455">
            <w:pPr>
              <w:rPr>
                <w:rFonts w:cs="Arial"/>
                <w:sz w:val="22"/>
              </w:rPr>
            </w:pPr>
            <w:r w:rsidRPr="00F57085">
              <w:rPr>
                <w:rFonts w:cs="Arial"/>
                <w:b/>
                <w:sz w:val="22"/>
              </w:rPr>
              <w:t>Παρελκόμενο</w:t>
            </w:r>
          </w:p>
        </w:tc>
        <w:tc>
          <w:tcPr>
            <w:tcW w:w="5976" w:type="dxa"/>
            <w:shd w:val="clear" w:color="auto" w:fill="D9EAD3"/>
            <w:vAlign w:val="center"/>
          </w:tcPr>
          <w:p w14:paraId="20150A40" w14:textId="77777777" w:rsidR="00631568" w:rsidRPr="00F57085" w:rsidRDefault="000A5455">
            <w:pPr>
              <w:rPr>
                <w:rFonts w:cs="Arial"/>
                <w:sz w:val="22"/>
              </w:rPr>
            </w:pPr>
            <w:r w:rsidRPr="00F57085">
              <w:rPr>
                <w:rFonts w:cs="Arial"/>
                <w:b/>
                <w:sz w:val="22"/>
              </w:rPr>
              <w:t>Ελάχιστη ποσότητα/απαίτηση</w:t>
            </w:r>
          </w:p>
        </w:tc>
      </w:tr>
      <w:tr w:rsidR="00631568" w:rsidRPr="00F57085" w14:paraId="51CFFC6D" w14:textId="77777777">
        <w:trPr>
          <w:jc w:val="center"/>
        </w:trPr>
        <w:tc>
          <w:tcPr>
            <w:tcW w:w="648" w:type="dxa"/>
            <w:vAlign w:val="center"/>
          </w:tcPr>
          <w:p w14:paraId="747CDB31" w14:textId="77777777" w:rsidR="00631568" w:rsidRPr="00F57085" w:rsidRDefault="000A5455">
            <w:pPr>
              <w:rPr>
                <w:rFonts w:cs="Arial"/>
                <w:sz w:val="22"/>
              </w:rPr>
            </w:pPr>
            <w:r w:rsidRPr="00F57085">
              <w:rPr>
                <w:rFonts w:cs="Arial"/>
                <w:sz w:val="22"/>
              </w:rPr>
              <w:t>1</w:t>
            </w:r>
          </w:p>
        </w:tc>
        <w:tc>
          <w:tcPr>
            <w:tcW w:w="3456" w:type="dxa"/>
            <w:vAlign w:val="center"/>
          </w:tcPr>
          <w:p w14:paraId="74F1D099" w14:textId="77777777" w:rsidR="00631568" w:rsidRPr="00F57085" w:rsidRDefault="000A5455">
            <w:pPr>
              <w:rPr>
                <w:rFonts w:cs="Arial"/>
                <w:sz w:val="22"/>
              </w:rPr>
            </w:pPr>
            <w:r w:rsidRPr="00F57085">
              <w:rPr>
                <w:rFonts w:cs="Arial"/>
                <w:sz w:val="22"/>
              </w:rPr>
              <w:t>Καλώδιο τροφοδοσίας</w:t>
            </w:r>
          </w:p>
        </w:tc>
        <w:tc>
          <w:tcPr>
            <w:tcW w:w="5976" w:type="dxa"/>
            <w:vAlign w:val="center"/>
          </w:tcPr>
          <w:p w14:paraId="7BDC69B3" w14:textId="77777777" w:rsidR="00631568" w:rsidRPr="00F57085" w:rsidRDefault="000A5455">
            <w:pPr>
              <w:rPr>
                <w:rFonts w:cs="Arial"/>
                <w:sz w:val="22"/>
              </w:rPr>
            </w:pPr>
            <w:r w:rsidRPr="00F57085">
              <w:rPr>
                <w:rFonts w:cs="Arial"/>
                <w:sz w:val="22"/>
              </w:rPr>
              <w:t>1 τεμ.</w:t>
            </w:r>
          </w:p>
        </w:tc>
      </w:tr>
      <w:tr w:rsidR="00631568" w:rsidRPr="0088511D" w14:paraId="3B5920BC" w14:textId="77777777">
        <w:trPr>
          <w:jc w:val="center"/>
        </w:trPr>
        <w:tc>
          <w:tcPr>
            <w:tcW w:w="648" w:type="dxa"/>
            <w:vAlign w:val="center"/>
          </w:tcPr>
          <w:p w14:paraId="3313B9F0" w14:textId="77777777" w:rsidR="00631568" w:rsidRPr="00F57085" w:rsidRDefault="000A5455">
            <w:pPr>
              <w:rPr>
                <w:rFonts w:cs="Arial"/>
                <w:sz w:val="22"/>
              </w:rPr>
            </w:pPr>
            <w:r w:rsidRPr="00F57085">
              <w:rPr>
                <w:rFonts w:cs="Arial"/>
                <w:sz w:val="22"/>
              </w:rPr>
              <w:t>2</w:t>
            </w:r>
          </w:p>
        </w:tc>
        <w:tc>
          <w:tcPr>
            <w:tcW w:w="3456" w:type="dxa"/>
            <w:vAlign w:val="center"/>
          </w:tcPr>
          <w:p w14:paraId="16D10BF3" w14:textId="77777777" w:rsidR="00631568" w:rsidRPr="00F57085" w:rsidRDefault="000A5455">
            <w:pPr>
              <w:rPr>
                <w:rFonts w:cs="Arial"/>
                <w:sz w:val="22"/>
                <w:lang w:val="el-GR"/>
              </w:rPr>
            </w:pPr>
            <w:r w:rsidRPr="00F57085">
              <w:rPr>
                <w:rFonts w:cs="Arial"/>
                <w:sz w:val="22"/>
                <w:lang w:val="el-GR"/>
              </w:rPr>
              <w:t>Μονοπολική χειρολαβή/ηλεκτρόδιο με χειρισμό κοπής και πήξης</w:t>
            </w:r>
          </w:p>
        </w:tc>
        <w:tc>
          <w:tcPr>
            <w:tcW w:w="5976" w:type="dxa"/>
            <w:vAlign w:val="center"/>
          </w:tcPr>
          <w:p w14:paraId="6CC421FF" w14:textId="77777777" w:rsidR="00631568" w:rsidRPr="00F57085" w:rsidRDefault="000A5455">
            <w:pPr>
              <w:rPr>
                <w:rFonts w:cs="Arial"/>
                <w:sz w:val="22"/>
                <w:lang w:val="el-GR"/>
              </w:rPr>
            </w:pPr>
            <w:r w:rsidRPr="00F57085">
              <w:rPr>
                <w:rFonts w:cs="Arial"/>
                <w:sz w:val="22"/>
                <w:lang w:val="el-GR"/>
              </w:rPr>
              <w:t>2 τεμ. ή όσα απαιτούνται για την πλήρη λειτουργία</w:t>
            </w:r>
          </w:p>
        </w:tc>
      </w:tr>
      <w:tr w:rsidR="00631568" w:rsidRPr="0088511D" w14:paraId="6C2C9B21" w14:textId="77777777" w:rsidTr="00106C4D">
        <w:trPr>
          <w:trHeight w:val="624"/>
          <w:jc w:val="center"/>
        </w:trPr>
        <w:tc>
          <w:tcPr>
            <w:tcW w:w="648" w:type="dxa"/>
            <w:vAlign w:val="center"/>
          </w:tcPr>
          <w:p w14:paraId="654991C1" w14:textId="77777777" w:rsidR="00631568" w:rsidRPr="00F57085" w:rsidRDefault="000A5455">
            <w:pPr>
              <w:rPr>
                <w:rFonts w:cs="Arial"/>
                <w:sz w:val="22"/>
              </w:rPr>
            </w:pPr>
            <w:r w:rsidRPr="00F57085">
              <w:rPr>
                <w:rFonts w:cs="Arial"/>
                <w:sz w:val="22"/>
              </w:rPr>
              <w:t>3</w:t>
            </w:r>
          </w:p>
        </w:tc>
        <w:tc>
          <w:tcPr>
            <w:tcW w:w="3456" w:type="dxa"/>
            <w:vAlign w:val="center"/>
          </w:tcPr>
          <w:p w14:paraId="52698190" w14:textId="77777777" w:rsidR="00631568" w:rsidRPr="00F57085" w:rsidRDefault="000A5455">
            <w:pPr>
              <w:rPr>
                <w:rFonts w:cs="Arial"/>
                <w:sz w:val="22"/>
                <w:lang w:val="el-GR"/>
              </w:rPr>
            </w:pPr>
            <w:r w:rsidRPr="00F57085">
              <w:rPr>
                <w:rFonts w:cs="Arial"/>
                <w:sz w:val="22"/>
                <w:lang w:val="el-GR"/>
              </w:rPr>
              <w:t>Σετ μονοπολικών ηλεκτροδίων (π.χ. λεπίδα και βελόνα)</w:t>
            </w:r>
          </w:p>
        </w:tc>
        <w:tc>
          <w:tcPr>
            <w:tcW w:w="5976" w:type="dxa"/>
            <w:vAlign w:val="center"/>
          </w:tcPr>
          <w:p w14:paraId="349C5318" w14:textId="77777777" w:rsidR="00631568" w:rsidRPr="00F57085" w:rsidRDefault="000A5455">
            <w:pPr>
              <w:rPr>
                <w:rFonts w:cs="Arial"/>
                <w:sz w:val="22"/>
                <w:lang w:val="el-GR"/>
              </w:rPr>
            </w:pPr>
            <w:r w:rsidRPr="00F57085">
              <w:rPr>
                <w:rFonts w:cs="Arial"/>
                <w:sz w:val="22"/>
                <w:lang w:val="el-GR"/>
              </w:rPr>
              <w:t>1 πλήρες σετ, με αναλυτική καταγραφή τύπων</w:t>
            </w:r>
          </w:p>
        </w:tc>
      </w:tr>
      <w:tr w:rsidR="00631568" w:rsidRPr="00F57085" w14:paraId="3D5E4A15" w14:textId="77777777">
        <w:trPr>
          <w:jc w:val="center"/>
        </w:trPr>
        <w:tc>
          <w:tcPr>
            <w:tcW w:w="648" w:type="dxa"/>
            <w:vAlign w:val="center"/>
          </w:tcPr>
          <w:p w14:paraId="064831E9" w14:textId="77777777" w:rsidR="00631568" w:rsidRPr="00F57085" w:rsidRDefault="000A5455">
            <w:pPr>
              <w:rPr>
                <w:rFonts w:cs="Arial"/>
                <w:sz w:val="22"/>
              </w:rPr>
            </w:pPr>
            <w:r w:rsidRPr="00F57085">
              <w:rPr>
                <w:rFonts w:cs="Arial"/>
                <w:sz w:val="22"/>
              </w:rPr>
              <w:t>4</w:t>
            </w:r>
          </w:p>
        </w:tc>
        <w:tc>
          <w:tcPr>
            <w:tcW w:w="3456" w:type="dxa"/>
            <w:vAlign w:val="center"/>
          </w:tcPr>
          <w:p w14:paraId="1AAF60EF" w14:textId="77777777" w:rsidR="00631568" w:rsidRPr="00F57085" w:rsidRDefault="000A5455">
            <w:pPr>
              <w:rPr>
                <w:rFonts w:cs="Arial"/>
                <w:sz w:val="22"/>
                <w:lang w:val="el-GR"/>
              </w:rPr>
            </w:pPr>
            <w:r w:rsidRPr="00F57085">
              <w:rPr>
                <w:rFonts w:cs="Arial"/>
                <w:sz w:val="22"/>
                <w:lang w:val="el-GR"/>
              </w:rPr>
              <w:t>Καλώδιο ουδέτερου/επιστρεφόμενου ηλεκτροδίου ασθενούς</w:t>
            </w:r>
          </w:p>
        </w:tc>
        <w:tc>
          <w:tcPr>
            <w:tcW w:w="5976" w:type="dxa"/>
            <w:vAlign w:val="center"/>
          </w:tcPr>
          <w:p w14:paraId="55266785" w14:textId="77777777" w:rsidR="00631568" w:rsidRPr="00F57085" w:rsidRDefault="000A5455">
            <w:pPr>
              <w:rPr>
                <w:rFonts w:cs="Arial"/>
                <w:sz w:val="22"/>
              </w:rPr>
            </w:pPr>
            <w:r w:rsidRPr="00F57085">
              <w:rPr>
                <w:rFonts w:cs="Arial"/>
                <w:sz w:val="22"/>
              </w:rPr>
              <w:t>1 τεμ.</w:t>
            </w:r>
          </w:p>
        </w:tc>
      </w:tr>
      <w:tr w:rsidR="00631568" w:rsidRPr="0088511D" w14:paraId="46129944" w14:textId="77777777">
        <w:trPr>
          <w:jc w:val="center"/>
        </w:trPr>
        <w:tc>
          <w:tcPr>
            <w:tcW w:w="648" w:type="dxa"/>
            <w:vAlign w:val="center"/>
          </w:tcPr>
          <w:p w14:paraId="654CEFA1" w14:textId="77777777" w:rsidR="00631568" w:rsidRPr="00F57085" w:rsidRDefault="000A5455">
            <w:pPr>
              <w:rPr>
                <w:rFonts w:cs="Arial"/>
                <w:sz w:val="22"/>
              </w:rPr>
            </w:pPr>
            <w:r w:rsidRPr="00F57085">
              <w:rPr>
                <w:rFonts w:cs="Arial"/>
                <w:sz w:val="22"/>
              </w:rPr>
              <w:t>5</w:t>
            </w:r>
          </w:p>
        </w:tc>
        <w:tc>
          <w:tcPr>
            <w:tcW w:w="3456" w:type="dxa"/>
            <w:vAlign w:val="center"/>
          </w:tcPr>
          <w:p w14:paraId="5391D1D2" w14:textId="77777777" w:rsidR="00631568" w:rsidRPr="00F57085" w:rsidRDefault="000A5455">
            <w:pPr>
              <w:rPr>
                <w:rFonts w:cs="Arial"/>
                <w:sz w:val="22"/>
                <w:lang w:val="el-GR"/>
              </w:rPr>
            </w:pPr>
            <w:r w:rsidRPr="00F57085">
              <w:rPr>
                <w:rFonts w:cs="Arial"/>
                <w:sz w:val="22"/>
                <w:lang w:val="el-GR"/>
              </w:rPr>
              <w:t>Ουδέτερα ηλεκτρόδια ασθενούς συμβατά με τη συσκευή</w:t>
            </w:r>
          </w:p>
        </w:tc>
        <w:tc>
          <w:tcPr>
            <w:tcW w:w="5976" w:type="dxa"/>
            <w:vAlign w:val="center"/>
          </w:tcPr>
          <w:p w14:paraId="1C2B596E" w14:textId="77777777" w:rsidR="00631568" w:rsidRPr="00F57085" w:rsidRDefault="000A5455">
            <w:pPr>
              <w:rPr>
                <w:rFonts w:cs="Arial"/>
                <w:sz w:val="22"/>
                <w:lang w:val="el-GR"/>
              </w:rPr>
            </w:pPr>
            <w:r w:rsidRPr="00F57085">
              <w:rPr>
                <w:rFonts w:cs="Arial"/>
                <w:sz w:val="22"/>
                <w:lang w:val="el-GR"/>
              </w:rPr>
              <w:t>2 επαναχρησιμοποιούμενα ή/και 5 μιας χρήσης, ανάλογα με τη λύση που προσφέρεται</w:t>
            </w:r>
          </w:p>
        </w:tc>
      </w:tr>
      <w:tr w:rsidR="00631568" w:rsidRPr="0088511D" w14:paraId="41655EB7" w14:textId="77777777">
        <w:trPr>
          <w:jc w:val="center"/>
        </w:trPr>
        <w:tc>
          <w:tcPr>
            <w:tcW w:w="648" w:type="dxa"/>
            <w:vAlign w:val="center"/>
          </w:tcPr>
          <w:p w14:paraId="528EAA68" w14:textId="77777777" w:rsidR="00631568" w:rsidRPr="00F57085" w:rsidRDefault="000A5455">
            <w:pPr>
              <w:rPr>
                <w:rFonts w:cs="Arial"/>
                <w:sz w:val="22"/>
              </w:rPr>
            </w:pPr>
            <w:r w:rsidRPr="00F57085">
              <w:rPr>
                <w:rFonts w:cs="Arial"/>
                <w:sz w:val="22"/>
              </w:rPr>
              <w:t>6</w:t>
            </w:r>
          </w:p>
        </w:tc>
        <w:tc>
          <w:tcPr>
            <w:tcW w:w="3456" w:type="dxa"/>
            <w:vAlign w:val="center"/>
          </w:tcPr>
          <w:p w14:paraId="462C366A" w14:textId="77777777" w:rsidR="00631568" w:rsidRPr="00F57085" w:rsidRDefault="000A5455">
            <w:pPr>
              <w:rPr>
                <w:rFonts w:cs="Arial"/>
                <w:sz w:val="22"/>
                <w:lang w:val="el-GR"/>
              </w:rPr>
            </w:pPr>
            <w:r w:rsidRPr="00F57085">
              <w:rPr>
                <w:rFonts w:cs="Arial"/>
                <w:sz w:val="22"/>
                <w:lang w:val="el-GR"/>
              </w:rPr>
              <w:t>Διπλός ποδοδιακόπτης ή κατάλληλοι ποδοδιακόπτες</w:t>
            </w:r>
          </w:p>
        </w:tc>
        <w:tc>
          <w:tcPr>
            <w:tcW w:w="5976" w:type="dxa"/>
            <w:vAlign w:val="center"/>
          </w:tcPr>
          <w:p w14:paraId="29306A29" w14:textId="77777777" w:rsidR="00631568" w:rsidRPr="00F57085" w:rsidRDefault="000A5455">
            <w:pPr>
              <w:rPr>
                <w:rFonts w:cs="Arial"/>
                <w:sz w:val="22"/>
                <w:lang w:val="el-GR"/>
              </w:rPr>
            </w:pPr>
            <w:r w:rsidRPr="00F57085">
              <w:rPr>
                <w:rFonts w:cs="Arial"/>
                <w:sz w:val="22"/>
                <w:lang w:val="el-GR"/>
              </w:rPr>
              <w:t>1 σετ, για τις λειτουργίες που υποστηρίζει η συσκευή</w:t>
            </w:r>
          </w:p>
        </w:tc>
      </w:tr>
      <w:tr w:rsidR="00631568" w:rsidRPr="00F57085" w14:paraId="2F401AA9" w14:textId="77777777">
        <w:trPr>
          <w:jc w:val="center"/>
        </w:trPr>
        <w:tc>
          <w:tcPr>
            <w:tcW w:w="648" w:type="dxa"/>
            <w:vAlign w:val="center"/>
          </w:tcPr>
          <w:p w14:paraId="68EF78AE" w14:textId="77777777" w:rsidR="00631568" w:rsidRPr="00F57085" w:rsidRDefault="000A5455">
            <w:pPr>
              <w:rPr>
                <w:rFonts w:cs="Arial"/>
                <w:sz w:val="22"/>
              </w:rPr>
            </w:pPr>
            <w:r w:rsidRPr="00F57085">
              <w:rPr>
                <w:rFonts w:cs="Arial"/>
                <w:sz w:val="22"/>
              </w:rPr>
              <w:t>7</w:t>
            </w:r>
          </w:p>
        </w:tc>
        <w:tc>
          <w:tcPr>
            <w:tcW w:w="3456" w:type="dxa"/>
            <w:vAlign w:val="center"/>
          </w:tcPr>
          <w:p w14:paraId="45F5A21F" w14:textId="77777777" w:rsidR="00631568" w:rsidRPr="00F57085" w:rsidRDefault="000A5455">
            <w:pPr>
              <w:rPr>
                <w:rFonts w:cs="Arial"/>
                <w:sz w:val="22"/>
                <w:lang w:val="el-GR"/>
              </w:rPr>
            </w:pPr>
            <w:r w:rsidRPr="00F57085">
              <w:rPr>
                <w:rFonts w:cs="Arial"/>
                <w:sz w:val="22"/>
                <w:lang w:val="el-GR"/>
              </w:rPr>
              <w:t>Διπολική λαβίδα/τσιμπίδα με καλώδιο</w:t>
            </w:r>
          </w:p>
        </w:tc>
        <w:tc>
          <w:tcPr>
            <w:tcW w:w="5976" w:type="dxa"/>
            <w:vAlign w:val="center"/>
          </w:tcPr>
          <w:p w14:paraId="7B596336" w14:textId="77777777" w:rsidR="00631568" w:rsidRPr="00F57085" w:rsidRDefault="000A5455">
            <w:pPr>
              <w:rPr>
                <w:rFonts w:cs="Arial"/>
                <w:sz w:val="22"/>
              </w:rPr>
            </w:pPr>
            <w:r w:rsidRPr="00F57085">
              <w:rPr>
                <w:rFonts w:cs="Arial"/>
                <w:sz w:val="22"/>
              </w:rPr>
              <w:t>1 τεμ.</w:t>
            </w:r>
          </w:p>
        </w:tc>
      </w:tr>
      <w:tr w:rsidR="00631568" w:rsidRPr="0088511D" w14:paraId="076822BA" w14:textId="77777777">
        <w:trPr>
          <w:jc w:val="center"/>
        </w:trPr>
        <w:tc>
          <w:tcPr>
            <w:tcW w:w="648" w:type="dxa"/>
            <w:vAlign w:val="center"/>
          </w:tcPr>
          <w:p w14:paraId="494B8B9A" w14:textId="77777777" w:rsidR="00631568" w:rsidRPr="00F57085" w:rsidRDefault="000A5455">
            <w:pPr>
              <w:rPr>
                <w:rFonts w:cs="Arial"/>
                <w:sz w:val="22"/>
              </w:rPr>
            </w:pPr>
            <w:r w:rsidRPr="00F57085">
              <w:rPr>
                <w:rFonts w:cs="Arial"/>
                <w:sz w:val="22"/>
              </w:rPr>
              <w:t>8</w:t>
            </w:r>
          </w:p>
        </w:tc>
        <w:tc>
          <w:tcPr>
            <w:tcW w:w="3456" w:type="dxa"/>
            <w:vAlign w:val="center"/>
          </w:tcPr>
          <w:p w14:paraId="72377459" w14:textId="77777777" w:rsidR="00631568" w:rsidRPr="00F57085" w:rsidRDefault="000A5455">
            <w:pPr>
              <w:rPr>
                <w:rFonts w:cs="Arial"/>
                <w:sz w:val="22"/>
                <w:lang w:val="el-GR"/>
              </w:rPr>
            </w:pPr>
            <w:r w:rsidRPr="00F57085">
              <w:rPr>
                <w:rFonts w:cs="Arial"/>
                <w:sz w:val="22"/>
                <w:lang w:val="el-GR"/>
              </w:rPr>
              <w:t>Τροχήλατη βάση με φρένα και θέση/στήριγμα παρελκομένων</w:t>
            </w:r>
          </w:p>
        </w:tc>
        <w:tc>
          <w:tcPr>
            <w:tcW w:w="5976" w:type="dxa"/>
            <w:vAlign w:val="center"/>
          </w:tcPr>
          <w:p w14:paraId="54777FA1" w14:textId="77777777" w:rsidR="00631568" w:rsidRPr="00F57085" w:rsidRDefault="000A5455">
            <w:pPr>
              <w:rPr>
                <w:rFonts w:cs="Arial"/>
                <w:sz w:val="22"/>
                <w:lang w:val="el-GR"/>
              </w:rPr>
            </w:pPr>
            <w:r w:rsidRPr="00F57085">
              <w:rPr>
                <w:rFonts w:cs="Arial"/>
                <w:sz w:val="22"/>
                <w:lang w:val="el-GR"/>
              </w:rPr>
              <w:t>1 τεμ., εφόσον δεν ενσωματώνεται/δεν περιλαμβάνεται στη βασική συσκευή</w:t>
            </w:r>
          </w:p>
        </w:tc>
      </w:tr>
      <w:tr w:rsidR="00631568" w:rsidRPr="00F57085" w14:paraId="21DD9ED9" w14:textId="77777777">
        <w:trPr>
          <w:jc w:val="center"/>
        </w:trPr>
        <w:tc>
          <w:tcPr>
            <w:tcW w:w="648" w:type="dxa"/>
            <w:vAlign w:val="center"/>
          </w:tcPr>
          <w:p w14:paraId="4108E7E0" w14:textId="77777777" w:rsidR="00631568" w:rsidRPr="00F57085" w:rsidRDefault="000A5455">
            <w:pPr>
              <w:rPr>
                <w:rFonts w:cs="Arial"/>
                <w:sz w:val="22"/>
              </w:rPr>
            </w:pPr>
            <w:r w:rsidRPr="00F57085">
              <w:rPr>
                <w:rFonts w:cs="Arial"/>
                <w:sz w:val="22"/>
              </w:rPr>
              <w:t>9</w:t>
            </w:r>
          </w:p>
        </w:tc>
        <w:tc>
          <w:tcPr>
            <w:tcW w:w="3456" w:type="dxa"/>
            <w:vAlign w:val="center"/>
          </w:tcPr>
          <w:p w14:paraId="0DB45FF5" w14:textId="77777777" w:rsidR="00631568" w:rsidRPr="00F57085" w:rsidRDefault="000A5455">
            <w:pPr>
              <w:rPr>
                <w:rFonts w:cs="Arial"/>
                <w:sz w:val="22"/>
              </w:rPr>
            </w:pPr>
            <w:r w:rsidRPr="00F57085">
              <w:rPr>
                <w:rFonts w:cs="Arial"/>
                <w:sz w:val="22"/>
              </w:rPr>
              <w:t>Οδηγίες χρήσης και συντήρησης</w:t>
            </w:r>
          </w:p>
        </w:tc>
        <w:tc>
          <w:tcPr>
            <w:tcW w:w="5976" w:type="dxa"/>
            <w:vAlign w:val="center"/>
          </w:tcPr>
          <w:p w14:paraId="5BD1FCD7" w14:textId="77777777" w:rsidR="00631568" w:rsidRPr="00F57085" w:rsidRDefault="000A5455">
            <w:pPr>
              <w:rPr>
                <w:rFonts w:cs="Arial"/>
                <w:sz w:val="22"/>
              </w:rPr>
            </w:pPr>
            <w:r w:rsidRPr="00F57085">
              <w:rPr>
                <w:rFonts w:cs="Arial"/>
                <w:sz w:val="22"/>
              </w:rPr>
              <w:t>1 πλήρες σετ</w:t>
            </w:r>
          </w:p>
        </w:tc>
      </w:tr>
      <w:tr w:rsidR="00631568" w:rsidRPr="0088511D" w14:paraId="2798B7B3" w14:textId="77777777">
        <w:trPr>
          <w:jc w:val="center"/>
        </w:trPr>
        <w:tc>
          <w:tcPr>
            <w:tcW w:w="648" w:type="dxa"/>
            <w:vAlign w:val="center"/>
          </w:tcPr>
          <w:p w14:paraId="4E239D09" w14:textId="77777777" w:rsidR="00631568" w:rsidRPr="00F57085" w:rsidRDefault="000A5455">
            <w:pPr>
              <w:rPr>
                <w:rFonts w:cs="Arial"/>
                <w:sz w:val="22"/>
              </w:rPr>
            </w:pPr>
            <w:r w:rsidRPr="00F57085">
              <w:rPr>
                <w:rFonts w:cs="Arial"/>
                <w:sz w:val="22"/>
              </w:rPr>
              <w:t>10</w:t>
            </w:r>
          </w:p>
        </w:tc>
        <w:tc>
          <w:tcPr>
            <w:tcW w:w="3456" w:type="dxa"/>
            <w:vAlign w:val="center"/>
          </w:tcPr>
          <w:p w14:paraId="474C3092" w14:textId="77777777" w:rsidR="00631568" w:rsidRPr="00F57085" w:rsidRDefault="000A5455">
            <w:pPr>
              <w:rPr>
                <w:rFonts w:cs="Arial"/>
                <w:sz w:val="22"/>
              </w:rPr>
            </w:pPr>
            <w:r w:rsidRPr="00F57085">
              <w:rPr>
                <w:rFonts w:cs="Arial"/>
                <w:sz w:val="22"/>
              </w:rPr>
              <w:t>Αναλώσιμα αρχικής λειτουργίας</w:t>
            </w:r>
          </w:p>
        </w:tc>
        <w:tc>
          <w:tcPr>
            <w:tcW w:w="5976" w:type="dxa"/>
            <w:vAlign w:val="center"/>
          </w:tcPr>
          <w:p w14:paraId="50F023C2" w14:textId="77777777" w:rsidR="00631568" w:rsidRPr="00F57085" w:rsidRDefault="000A5455">
            <w:pPr>
              <w:rPr>
                <w:rFonts w:cs="Arial"/>
                <w:sz w:val="22"/>
                <w:lang w:val="el-GR"/>
              </w:rPr>
            </w:pPr>
            <w:r w:rsidRPr="00F57085">
              <w:rPr>
                <w:rFonts w:cs="Arial"/>
                <w:sz w:val="22"/>
                <w:lang w:val="el-GR"/>
              </w:rPr>
              <w:t>Επαρκής ποσότητα για τον έλεγχο παραλαβής, να δηλωθεί</w:t>
            </w:r>
          </w:p>
        </w:tc>
      </w:tr>
    </w:tbl>
    <w:p w14:paraId="28CC08EC" w14:textId="77777777" w:rsidR="00631568" w:rsidRPr="00F57085" w:rsidRDefault="00631568">
      <w:pPr>
        <w:spacing w:after="0"/>
        <w:rPr>
          <w:rFonts w:cs="Arial"/>
          <w:sz w:val="22"/>
          <w:lang w:val="el-GR"/>
        </w:rPr>
      </w:pPr>
    </w:p>
    <w:p w14:paraId="4497EB56" w14:textId="77777777" w:rsidR="00631568" w:rsidRPr="00106C4D" w:rsidRDefault="000A5455">
      <w:pPr>
        <w:pStyle w:val="21"/>
        <w:rPr>
          <w:rFonts w:ascii="Arial" w:hAnsi="Arial" w:cs="Arial"/>
          <w:sz w:val="24"/>
          <w:szCs w:val="24"/>
          <w:lang w:val="el-GR"/>
        </w:rPr>
      </w:pPr>
      <w:r w:rsidRPr="00106C4D">
        <w:rPr>
          <w:rFonts w:ascii="Arial" w:hAnsi="Arial" w:cs="Arial"/>
          <w:color w:val="auto"/>
          <w:sz w:val="24"/>
          <w:szCs w:val="24"/>
          <w:lang w:val="el-GR"/>
        </w:rPr>
        <w:t>4.4</w:t>
      </w:r>
      <w:r w:rsidR="00451C13" w:rsidRPr="00106C4D">
        <w:rPr>
          <w:rFonts w:ascii="Arial" w:hAnsi="Arial" w:cs="Arial"/>
          <w:color w:val="auto"/>
          <w:sz w:val="24"/>
          <w:szCs w:val="24"/>
          <w:lang w:val="el-GR"/>
        </w:rPr>
        <w:tab/>
      </w:r>
      <w:r w:rsidRPr="00106C4D">
        <w:rPr>
          <w:rFonts w:ascii="Arial" w:hAnsi="Arial" w:cs="Arial"/>
          <w:color w:val="auto"/>
          <w:sz w:val="24"/>
          <w:szCs w:val="24"/>
          <w:lang w:val="el-GR"/>
        </w:rPr>
        <w:t>Δυνατότητα Συντήρησης</w:t>
      </w:r>
    </w:p>
    <w:p w14:paraId="132C0F32" w14:textId="77777777" w:rsidR="00451C13" w:rsidRPr="00451C13" w:rsidRDefault="00451C13" w:rsidP="00451C13">
      <w:pPr>
        <w:rPr>
          <w:lang w:val="el-GR"/>
        </w:rPr>
      </w:pPr>
    </w:p>
    <w:p w14:paraId="1C4FB98C" w14:textId="77777777" w:rsidR="00631568" w:rsidRPr="00F57085" w:rsidRDefault="000A5455">
      <w:pPr>
        <w:spacing w:after="60"/>
        <w:rPr>
          <w:rFonts w:cs="Arial"/>
          <w:sz w:val="22"/>
          <w:lang w:val="el-GR"/>
        </w:rPr>
      </w:pPr>
      <w:r w:rsidRPr="00185176">
        <w:rPr>
          <w:rFonts w:cs="Arial"/>
          <w:b/>
          <w:sz w:val="22"/>
          <w:lang w:val="el-GR"/>
        </w:rPr>
        <w:t>4.4.1</w:t>
      </w:r>
      <w:r w:rsidRPr="00F57085">
        <w:rPr>
          <w:rFonts w:cs="Arial"/>
          <w:sz w:val="22"/>
          <w:lang w:val="el-GR"/>
        </w:rPr>
        <w:t xml:space="preserve"> </w:t>
      </w:r>
      <w:r w:rsidR="00451C13">
        <w:rPr>
          <w:rFonts w:cs="Arial"/>
          <w:sz w:val="22"/>
          <w:lang w:val="el-GR"/>
        </w:rPr>
        <w:tab/>
      </w:r>
      <w:r w:rsidRPr="00F57085">
        <w:rPr>
          <w:rFonts w:cs="Arial"/>
          <w:sz w:val="22"/>
          <w:lang w:val="el-GR"/>
        </w:rPr>
        <w:t>Ο προμηθευτής να διαθέτει οργανωμένη τεχνική υποστήριξη στην Ελλάδα από εκπαιδευμένο προσωπικό.</w:t>
      </w:r>
    </w:p>
    <w:p w14:paraId="398DF52B" w14:textId="77777777" w:rsidR="00631568" w:rsidRPr="00F57085" w:rsidRDefault="000A5455">
      <w:pPr>
        <w:spacing w:after="60"/>
        <w:rPr>
          <w:rFonts w:cs="Arial"/>
          <w:sz w:val="22"/>
          <w:lang w:val="el-GR"/>
        </w:rPr>
      </w:pPr>
      <w:r w:rsidRPr="00185176">
        <w:rPr>
          <w:rFonts w:cs="Arial"/>
          <w:b/>
          <w:sz w:val="22"/>
          <w:lang w:val="el-GR"/>
        </w:rPr>
        <w:t>4.4.2</w:t>
      </w:r>
      <w:r w:rsidRPr="00F57085">
        <w:rPr>
          <w:rFonts w:cs="Arial"/>
          <w:sz w:val="22"/>
          <w:lang w:val="el-GR"/>
        </w:rPr>
        <w:t xml:space="preserve"> </w:t>
      </w:r>
      <w:r w:rsidR="00451C13">
        <w:rPr>
          <w:rFonts w:cs="Arial"/>
          <w:sz w:val="22"/>
          <w:lang w:val="el-GR"/>
        </w:rPr>
        <w:tab/>
      </w:r>
      <w:r w:rsidRPr="00F57085">
        <w:rPr>
          <w:rFonts w:cs="Arial"/>
          <w:sz w:val="22"/>
          <w:lang w:val="el-GR"/>
        </w:rPr>
        <w:t>Να υποβληθεί έγγραφο του κατασκευαστή που να ορίζει τον εξουσιοδοτημένο φορέα τεχνικής υποστήριξης στην Ελλάδα.</w:t>
      </w:r>
    </w:p>
    <w:p w14:paraId="16034D23" w14:textId="77777777" w:rsidR="00631568" w:rsidRPr="00F57085" w:rsidRDefault="000A5455">
      <w:pPr>
        <w:spacing w:after="60"/>
        <w:rPr>
          <w:rFonts w:cs="Arial"/>
          <w:sz w:val="22"/>
          <w:lang w:val="el-GR"/>
        </w:rPr>
      </w:pPr>
      <w:r w:rsidRPr="00185176">
        <w:rPr>
          <w:rFonts w:cs="Arial"/>
          <w:b/>
          <w:sz w:val="22"/>
          <w:lang w:val="el-GR"/>
        </w:rPr>
        <w:t>4.4.3</w:t>
      </w:r>
      <w:r w:rsidRPr="00F57085">
        <w:rPr>
          <w:rFonts w:cs="Arial"/>
          <w:sz w:val="22"/>
          <w:lang w:val="el-GR"/>
        </w:rPr>
        <w:t xml:space="preserve"> </w:t>
      </w:r>
      <w:r w:rsidR="00451C13">
        <w:rPr>
          <w:rFonts w:cs="Arial"/>
          <w:sz w:val="22"/>
          <w:lang w:val="el-GR"/>
        </w:rPr>
        <w:tab/>
      </w:r>
      <w:r w:rsidRPr="00F57085">
        <w:rPr>
          <w:rFonts w:cs="Arial"/>
          <w:sz w:val="22"/>
          <w:lang w:val="el-GR"/>
        </w:rPr>
        <w:t>Να κατατεθεί πρόγραμμα προληπτικής συντήρησης σύμφωνα με τις οδηγίες του κατασκευαστή.</w:t>
      </w:r>
    </w:p>
    <w:p w14:paraId="17B2FB61" w14:textId="77777777" w:rsidR="00631568" w:rsidRPr="00F57085" w:rsidRDefault="000A5455">
      <w:pPr>
        <w:spacing w:after="60"/>
        <w:rPr>
          <w:rFonts w:cs="Arial"/>
          <w:sz w:val="22"/>
          <w:lang w:val="el-GR"/>
        </w:rPr>
      </w:pPr>
      <w:r w:rsidRPr="00185176">
        <w:rPr>
          <w:rFonts w:cs="Arial"/>
          <w:b/>
          <w:sz w:val="22"/>
          <w:lang w:val="el-GR"/>
        </w:rPr>
        <w:t>4.4.4</w:t>
      </w:r>
      <w:r w:rsidR="00451C13">
        <w:rPr>
          <w:rFonts w:cs="Arial"/>
          <w:sz w:val="22"/>
          <w:lang w:val="el-GR"/>
        </w:rPr>
        <w:tab/>
      </w:r>
      <w:r w:rsidRPr="00F57085">
        <w:rPr>
          <w:rFonts w:cs="Arial"/>
          <w:sz w:val="22"/>
          <w:lang w:val="el-GR"/>
        </w:rPr>
        <w:t xml:space="preserve"> Να υποβληθεί κατάλογος βασικών ανταλλακτικών, παρελκομένων και αναλωσίμων με κωδικούς κατασκευαστή και τιμές.</w:t>
      </w:r>
    </w:p>
    <w:p w14:paraId="48626C8A" w14:textId="77777777" w:rsidR="00631568" w:rsidRPr="00106C4D" w:rsidRDefault="000A5455">
      <w:pPr>
        <w:pStyle w:val="21"/>
        <w:rPr>
          <w:rFonts w:ascii="Arial" w:hAnsi="Arial" w:cs="Arial"/>
          <w:color w:val="auto"/>
          <w:sz w:val="24"/>
          <w:szCs w:val="24"/>
          <w:lang w:val="el-GR"/>
        </w:rPr>
      </w:pPr>
      <w:r w:rsidRPr="00106C4D">
        <w:rPr>
          <w:rFonts w:ascii="Arial" w:hAnsi="Arial" w:cs="Arial"/>
          <w:color w:val="auto"/>
          <w:sz w:val="24"/>
          <w:szCs w:val="24"/>
          <w:lang w:val="el-GR"/>
        </w:rPr>
        <w:t xml:space="preserve">4.5 </w:t>
      </w:r>
      <w:r w:rsidR="00451C13" w:rsidRPr="00106C4D">
        <w:rPr>
          <w:rFonts w:ascii="Arial" w:hAnsi="Arial" w:cs="Arial"/>
          <w:color w:val="auto"/>
          <w:sz w:val="24"/>
          <w:szCs w:val="24"/>
          <w:lang w:val="el-GR"/>
        </w:rPr>
        <w:tab/>
        <w:t xml:space="preserve"> </w:t>
      </w:r>
      <w:r w:rsidRPr="00106C4D">
        <w:rPr>
          <w:rFonts w:ascii="Arial" w:hAnsi="Arial" w:cs="Arial"/>
          <w:color w:val="auto"/>
          <w:sz w:val="24"/>
          <w:szCs w:val="24"/>
          <w:lang w:val="el-GR"/>
        </w:rPr>
        <w:t>Εγκατάσταση</w:t>
      </w:r>
    </w:p>
    <w:p w14:paraId="02EABBBC" w14:textId="77777777" w:rsidR="00185176" w:rsidRPr="00185176" w:rsidRDefault="00185176" w:rsidP="00185176">
      <w:pPr>
        <w:rPr>
          <w:lang w:val="el-GR"/>
        </w:rPr>
      </w:pPr>
    </w:p>
    <w:p w14:paraId="0230C75C" w14:textId="77777777" w:rsidR="00631568" w:rsidRPr="00F57085" w:rsidRDefault="000A5455">
      <w:pPr>
        <w:spacing w:after="60"/>
        <w:rPr>
          <w:rFonts w:cs="Arial"/>
          <w:sz w:val="22"/>
          <w:lang w:val="el-GR"/>
        </w:rPr>
      </w:pPr>
      <w:r w:rsidRPr="00F57085">
        <w:rPr>
          <w:rFonts w:cs="Arial"/>
          <w:sz w:val="22"/>
          <w:lang w:val="el-GR"/>
        </w:rPr>
        <w:lastRenderedPageBreak/>
        <w:t>Η μεταφορά και παράδοση στον καθορισμένο χώρο του 219 ΚΙΧΝΕ θα πραγματοποιηθεί με ευθύνη και δαπάνη του αναδόχου. Εφόσον απαιτείται, ο ανάδοχος θα αναλάβει την εγκατάσταση, τον αρχικό έλεγχο λειτουργίας και την επίδειξη ασφαλούς χρήσης. Η σύνδεση και θέση σε λειτουργία θα γίνει σύμφωνα με τις οδηγίες του κατασκευαστή και τις απαιτήσεις του χώρου.</w:t>
      </w:r>
    </w:p>
    <w:p w14:paraId="245CC069" w14:textId="77777777" w:rsidR="00631568" w:rsidRPr="00106C4D" w:rsidRDefault="000A5455">
      <w:pPr>
        <w:pStyle w:val="21"/>
        <w:rPr>
          <w:rFonts w:ascii="Arial" w:hAnsi="Arial" w:cs="Arial"/>
          <w:color w:val="auto"/>
          <w:sz w:val="24"/>
          <w:szCs w:val="24"/>
          <w:lang w:val="el-GR"/>
        </w:rPr>
      </w:pPr>
      <w:r w:rsidRPr="00106C4D">
        <w:rPr>
          <w:rFonts w:ascii="Arial" w:hAnsi="Arial" w:cs="Arial"/>
          <w:color w:val="auto"/>
          <w:sz w:val="24"/>
          <w:szCs w:val="24"/>
          <w:lang w:val="el-GR"/>
        </w:rPr>
        <w:t>4.6</w:t>
      </w:r>
      <w:r w:rsidR="00451C13" w:rsidRPr="00106C4D">
        <w:rPr>
          <w:rFonts w:ascii="Arial" w:hAnsi="Arial" w:cs="Arial"/>
          <w:sz w:val="24"/>
          <w:szCs w:val="24"/>
          <w:lang w:val="el-GR"/>
        </w:rPr>
        <w:tab/>
      </w:r>
      <w:r w:rsidRPr="00106C4D">
        <w:rPr>
          <w:rFonts w:ascii="Arial" w:hAnsi="Arial" w:cs="Arial"/>
          <w:sz w:val="24"/>
          <w:szCs w:val="24"/>
          <w:lang w:val="el-GR"/>
        </w:rPr>
        <w:t xml:space="preserve"> </w:t>
      </w:r>
      <w:r w:rsidRPr="00106C4D">
        <w:rPr>
          <w:rFonts w:ascii="Arial" w:hAnsi="Arial" w:cs="Arial"/>
          <w:color w:val="auto"/>
          <w:sz w:val="24"/>
          <w:szCs w:val="24"/>
          <w:lang w:val="el-GR"/>
        </w:rPr>
        <w:t>Επισήμανση</w:t>
      </w:r>
    </w:p>
    <w:p w14:paraId="154E3829" w14:textId="77777777" w:rsidR="00185176" w:rsidRPr="00185176" w:rsidRDefault="00185176" w:rsidP="00185176">
      <w:pPr>
        <w:rPr>
          <w:lang w:val="el-GR"/>
        </w:rPr>
      </w:pPr>
    </w:p>
    <w:p w14:paraId="74CD3BAE" w14:textId="77777777" w:rsidR="00631568" w:rsidRPr="00F57085" w:rsidRDefault="000A5455">
      <w:pPr>
        <w:spacing w:after="60"/>
        <w:rPr>
          <w:rFonts w:cs="Arial"/>
          <w:sz w:val="22"/>
          <w:lang w:val="el-GR"/>
        </w:rPr>
      </w:pPr>
      <w:r w:rsidRPr="00185176">
        <w:rPr>
          <w:rFonts w:cs="Arial"/>
          <w:b/>
          <w:sz w:val="22"/>
          <w:lang w:val="el-GR"/>
        </w:rPr>
        <w:t>4.6.1</w:t>
      </w:r>
      <w:r w:rsidR="00451C13">
        <w:rPr>
          <w:rFonts w:cs="Arial"/>
          <w:sz w:val="22"/>
          <w:lang w:val="el-GR"/>
        </w:rPr>
        <w:tab/>
      </w:r>
      <w:r w:rsidRPr="00F57085">
        <w:rPr>
          <w:rFonts w:cs="Arial"/>
          <w:sz w:val="22"/>
          <w:lang w:val="el-GR"/>
        </w:rPr>
        <w:t xml:space="preserve"> Η συσκευή να φέρει την απαιτούμενη σήμανση </w:t>
      </w:r>
      <w:r w:rsidRPr="00F57085">
        <w:rPr>
          <w:rFonts w:cs="Arial"/>
          <w:sz w:val="22"/>
        </w:rPr>
        <w:t>CE</w:t>
      </w:r>
      <w:r w:rsidRPr="00F57085">
        <w:rPr>
          <w:rFonts w:cs="Arial"/>
          <w:sz w:val="22"/>
          <w:lang w:val="el-GR"/>
        </w:rPr>
        <w:t xml:space="preserve"> και στοιχεία ιχνηλασιμότητας σύμφωνα με την ισχύουσα νομοθεσία.</w:t>
      </w:r>
    </w:p>
    <w:p w14:paraId="00778AA9" w14:textId="77777777" w:rsidR="00631568" w:rsidRPr="00F57085" w:rsidRDefault="000A5455">
      <w:pPr>
        <w:spacing w:after="60"/>
        <w:rPr>
          <w:rFonts w:cs="Arial"/>
          <w:sz w:val="22"/>
          <w:lang w:val="el-GR"/>
        </w:rPr>
      </w:pPr>
      <w:r w:rsidRPr="00185176">
        <w:rPr>
          <w:rFonts w:cs="Arial"/>
          <w:b/>
          <w:sz w:val="22"/>
          <w:lang w:val="el-GR"/>
        </w:rPr>
        <w:t>4.6.2</w:t>
      </w:r>
      <w:r w:rsidRPr="00F57085">
        <w:rPr>
          <w:rFonts w:cs="Arial"/>
          <w:sz w:val="22"/>
          <w:lang w:val="el-GR"/>
        </w:rPr>
        <w:t xml:space="preserve"> </w:t>
      </w:r>
      <w:r w:rsidR="00451C13">
        <w:rPr>
          <w:rFonts w:cs="Arial"/>
          <w:sz w:val="22"/>
          <w:lang w:val="el-GR"/>
        </w:rPr>
        <w:tab/>
      </w:r>
      <w:r w:rsidRPr="00F57085">
        <w:rPr>
          <w:rFonts w:cs="Arial"/>
          <w:sz w:val="22"/>
          <w:lang w:val="el-GR"/>
        </w:rPr>
        <w:t>Να αναγράφονται τουλάχιστον ο κατασκευαστής, το μοντέλο, ο σειριακός αριθμός, το έτος κατασκευής όπου απαιτείται και τα ηλεκτρικά χαρακτηριστικά.</w:t>
      </w:r>
    </w:p>
    <w:p w14:paraId="050F2008" w14:textId="77777777" w:rsidR="00631568" w:rsidRPr="00F57085" w:rsidRDefault="000A5455">
      <w:pPr>
        <w:spacing w:after="60"/>
        <w:rPr>
          <w:rFonts w:cs="Arial"/>
          <w:sz w:val="22"/>
          <w:lang w:val="el-GR"/>
        </w:rPr>
      </w:pPr>
      <w:r w:rsidRPr="00185176">
        <w:rPr>
          <w:rFonts w:cs="Arial"/>
          <w:b/>
          <w:sz w:val="22"/>
          <w:lang w:val="el-GR"/>
        </w:rPr>
        <w:t>4.6.3</w:t>
      </w:r>
      <w:r w:rsidRPr="00F57085">
        <w:rPr>
          <w:rFonts w:cs="Arial"/>
          <w:sz w:val="22"/>
          <w:lang w:val="el-GR"/>
        </w:rPr>
        <w:t xml:space="preserve"> </w:t>
      </w:r>
      <w:r w:rsidR="00451C13">
        <w:rPr>
          <w:rFonts w:cs="Arial"/>
          <w:sz w:val="22"/>
          <w:lang w:val="el-GR"/>
        </w:rPr>
        <w:tab/>
      </w:r>
      <w:r w:rsidRPr="00F57085">
        <w:rPr>
          <w:rFonts w:cs="Arial"/>
          <w:sz w:val="22"/>
          <w:lang w:val="el-GR"/>
        </w:rPr>
        <w:t>Να παραδοθούν η Δήλωση Συμμόρφωσης ΕΕ και τα σχετικά πιστοποιητικά/έγγραφα που απαιτούνται για το συγκεκριμένο προϊόν.</w:t>
      </w:r>
    </w:p>
    <w:p w14:paraId="304C93F2" w14:textId="77777777" w:rsidR="00185176" w:rsidRDefault="000A5455" w:rsidP="00106C4D">
      <w:pPr>
        <w:pStyle w:val="21"/>
        <w:rPr>
          <w:rFonts w:ascii="Arial" w:hAnsi="Arial" w:cs="Arial"/>
          <w:color w:val="auto"/>
          <w:sz w:val="24"/>
          <w:szCs w:val="24"/>
          <w:lang w:val="el-GR"/>
        </w:rPr>
      </w:pPr>
      <w:r w:rsidRPr="00106C4D">
        <w:rPr>
          <w:rFonts w:ascii="Arial" w:hAnsi="Arial" w:cs="Arial"/>
          <w:color w:val="auto"/>
          <w:sz w:val="24"/>
          <w:szCs w:val="24"/>
          <w:lang w:val="el-GR"/>
        </w:rPr>
        <w:t xml:space="preserve">4.7 </w:t>
      </w:r>
      <w:r w:rsidR="00451C13" w:rsidRPr="00106C4D">
        <w:rPr>
          <w:rFonts w:ascii="Arial" w:hAnsi="Arial" w:cs="Arial"/>
          <w:color w:val="auto"/>
          <w:sz w:val="24"/>
          <w:szCs w:val="24"/>
          <w:lang w:val="el-GR"/>
        </w:rPr>
        <w:tab/>
      </w:r>
      <w:r w:rsidRPr="00106C4D">
        <w:rPr>
          <w:rFonts w:ascii="Arial" w:hAnsi="Arial" w:cs="Arial"/>
          <w:color w:val="auto"/>
          <w:sz w:val="24"/>
          <w:szCs w:val="24"/>
          <w:lang w:val="el-GR"/>
        </w:rPr>
        <w:t>Υπηρεσίες Υποστήριξης</w:t>
      </w:r>
    </w:p>
    <w:p w14:paraId="04D4835E" w14:textId="77777777" w:rsidR="00106C4D" w:rsidRPr="00106C4D" w:rsidRDefault="00106C4D" w:rsidP="00106C4D">
      <w:pPr>
        <w:rPr>
          <w:lang w:val="el-GR"/>
        </w:rPr>
      </w:pPr>
    </w:p>
    <w:p w14:paraId="67C0562B" w14:textId="77777777" w:rsidR="00631568" w:rsidRPr="00F57085" w:rsidRDefault="000A5455">
      <w:pPr>
        <w:spacing w:after="60"/>
        <w:rPr>
          <w:rFonts w:cs="Arial"/>
          <w:sz w:val="22"/>
          <w:lang w:val="el-GR"/>
        </w:rPr>
      </w:pPr>
      <w:r w:rsidRPr="00185176">
        <w:rPr>
          <w:rFonts w:cs="Arial"/>
          <w:b/>
          <w:sz w:val="22"/>
          <w:lang w:val="el-GR"/>
        </w:rPr>
        <w:t>4.7.1</w:t>
      </w:r>
      <w:r w:rsidRPr="00F57085">
        <w:rPr>
          <w:rFonts w:cs="Arial"/>
          <w:sz w:val="22"/>
          <w:lang w:val="el-GR"/>
        </w:rPr>
        <w:t xml:space="preserve"> </w:t>
      </w:r>
      <w:r w:rsidR="00451C13">
        <w:rPr>
          <w:rFonts w:cs="Arial"/>
          <w:sz w:val="22"/>
          <w:lang w:val="el-GR"/>
        </w:rPr>
        <w:tab/>
      </w:r>
      <w:r w:rsidRPr="00F57085">
        <w:rPr>
          <w:rFonts w:cs="Arial"/>
          <w:sz w:val="22"/>
          <w:lang w:val="el-GR"/>
        </w:rPr>
        <w:t>Εγγύηση καλής λειτουργίας τουλάχιστον δύο (2) ετών από την οριστική παραλαβή, συμπεριλαμβανομένων ανταλλακτικών, εργασίας και μετακίνησης τεχνικού για βλάβες που καλύπτονται από την εγγύηση.</w:t>
      </w:r>
    </w:p>
    <w:p w14:paraId="58B6ADD6" w14:textId="77777777" w:rsidR="00631568" w:rsidRPr="00F57085" w:rsidRDefault="000A5455">
      <w:pPr>
        <w:spacing w:after="60"/>
        <w:rPr>
          <w:rFonts w:cs="Arial"/>
          <w:sz w:val="22"/>
          <w:lang w:val="el-GR"/>
        </w:rPr>
      </w:pPr>
      <w:r w:rsidRPr="00185176">
        <w:rPr>
          <w:rFonts w:cs="Arial"/>
          <w:b/>
          <w:sz w:val="22"/>
          <w:lang w:val="el-GR"/>
        </w:rPr>
        <w:t>4.7.2</w:t>
      </w:r>
      <w:r w:rsidRPr="00F57085">
        <w:rPr>
          <w:rFonts w:cs="Arial"/>
          <w:sz w:val="22"/>
          <w:lang w:val="el-GR"/>
        </w:rPr>
        <w:t xml:space="preserve"> </w:t>
      </w:r>
      <w:r w:rsidR="00451C13">
        <w:rPr>
          <w:rFonts w:cs="Arial"/>
          <w:sz w:val="22"/>
          <w:lang w:val="el-GR"/>
        </w:rPr>
        <w:tab/>
      </w:r>
      <w:r w:rsidRPr="00F57085">
        <w:rPr>
          <w:rFonts w:cs="Arial"/>
          <w:sz w:val="22"/>
          <w:lang w:val="el-GR"/>
        </w:rPr>
        <w:t>Να παρέχεται δωρεάν προληπτική συντήρηση κατά την περίοδο εγγύησης, σύμφωνα με τις οδηγίες του κατασκευαστή.</w:t>
      </w:r>
    </w:p>
    <w:p w14:paraId="7337D6C9" w14:textId="77777777" w:rsidR="00631568" w:rsidRPr="00F57085" w:rsidRDefault="000A5455">
      <w:pPr>
        <w:spacing w:after="60"/>
        <w:rPr>
          <w:rFonts w:cs="Arial"/>
          <w:sz w:val="22"/>
          <w:lang w:val="el-GR"/>
        </w:rPr>
      </w:pPr>
      <w:r w:rsidRPr="00185176">
        <w:rPr>
          <w:rFonts w:cs="Arial"/>
          <w:b/>
          <w:sz w:val="22"/>
          <w:lang w:val="el-GR"/>
        </w:rPr>
        <w:t>4.7.3</w:t>
      </w:r>
      <w:r w:rsidRPr="00F57085">
        <w:rPr>
          <w:rFonts w:cs="Arial"/>
          <w:sz w:val="22"/>
          <w:lang w:val="el-GR"/>
        </w:rPr>
        <w:t xml:space="preserve"> </w:t>
      </w:r>
      <w:r w:rsidR="00451C13">
        <w:rPr>
          <w:rFonts w:cs="Arial"/>
          <w:sz w:val="22"/>
          <w:lang w:val="el-GR"/>
        </w:rPr>
        <w:tab/>
      </w:r>
      <w:r w:rsidRPr="00F57085">
        <w:rPr>
          <w:rFonts w:cs="Arial"/>
          <w:sz w:val="22"/>
          <w:lang w:val="el-GR"/>
        </w:rPr>
        <w:t>Μέγιστος χρόνος ανταπόκρισης για την έναρξη διάγνωσης βλάβης: μία (1) εργάσιμη ημέρα από την αναγγελία. Ο προμηθευτής να δηλώσει τον προβλεπόμενο χρόνο αποκατάστασης.</w:t>
      </w:r>
    </w:p>
    <w:p w14:paraId="4037DA60" w14:textId="77777777" w:rsidR="00631568" w:rsidRPr="00F57085" w:rsidRDefault="000A5455">
      <w:pPr>
        <w:spacing w:after="60"/>
        <w:rPr>
          <w:rFonts w:cs="Arial"/>
          <w:sz w:val="22"/>
          <w:lang w:val="el-GR"/>
        </w:rPr>
      </w:pPr>
      <w:r w:rsidRPr="00185176">
        <w:rPr>
          <w:rFonts w:cs="Arial"/>
          <w:b/>
          <w:sz w:val="22"/>
          <w:lang w:val="el-GR"/>
        </w:rPr>
        <w:t>4.7.4</w:t>
      </w:r>
      <w:r w:rsidRPr="00F57085">
        <w:rPr>
          <w:rFonts w:cs="Arial"/>
          <w:sz w:val="22"/>
          <w:lang w:val="el-GR"/>
        </w:rPr>
        <w:t xml:space="preserve"> </w:t>
      </w:r>
      <w:r w:rsidR="00451C13">
        <w:rPr>
          <w:rFonts w:cs="Arial"/>
          <w:sz w:val="22"/>
          <w:lang w:val="el-GR"/>
        </w:rPr>
        <w:tab/>
      </w:r>
      <w:r w:rsidRPr="00F57085">
        <w:rPr>
          <w:rFonts w:cs="Arial"/>
          <w:sz w:val="22"/>
          <w:lang w:val="el-GR"/>
        </w:rPr>
        <w:t>Να δηλωθεί η διαθεσιμότητα αυθεντικών ανταλλακτικών και παρελκομένων για τουλάχιστον δέκα (10) έτη, εφόσον αυτό υποστηρίζεται από τον κατασκευαστή.</w:t>
      </w:r>
    </w:p>
    <w:p w14:paraId="39C16A5E" w14:textId="77777777" w:rsidR="00631568" w:rsidRPr="00F57085" w:rsidRDefault="000A5455">
      <w:pPr>
        <w:spacing w:after="60"/>
        <w:rPr>
          <w:rFonts w:cs="Arial"/>
          <w:sz w:val="22"/>
          <w:lang w:val="el-GR"/>
        </w:rPr>
      </w:pPr>
      <w:r w:rsidRPr="00185176">
        <w:rPr>
          <w:rFonts w:cs="Arial"/>
          <w:b/>
          <w:sz w:val="22"/>
          <w:lang w:val="el-GR"/>
        </w:rPr>
        <w:t xml:space="preserve">4.7.5 </w:t>
      </w:r>
      <w:r w:rsidR="00451C13" w:rsidRPr="00185176">
        <w:rPr>
          <w:rFonts w:cs="Arial"/>
          <w:b/>
          <w:sz w:val="22"/>
          <w:lang w:val="el-GR"/>
        </w:rPr>
        <w:tab/>
      </w:r>
      <w:r w:rsidRPr="00F57085">
        <w:rPr>
          <w:rFonts w:cs="Arial"/>
          <w:sz w:val="22"/>
          <w:lang w:val="el-GR"/>
        </w:rPr>
        <w:t>Ο ανάδοχος να εκπαιδεύσει χωρίς πρόσθετη αμοιβή το ιατρικό και νοσηλευτικό/τεχνικό προσωπικό στη λειτουργία, στους ελέγχους ασφαλείας και στον βασικό καθαρισμό/φροντίδα της συσκευής.</w:t>
      </w:r>
    </w:p>
    <w:p w14:paraId="4C1A7BA7" w14:textId="77777777" w:rsidR="00631568" w:rsidRPr="00106C4D" w:rsidRDefault="000A5455">
      <w:pPr>
        <w:pStyle w:val="1"/>
        <w:rPr>
          <w:rFonts w:ascii="Arial" w:hAnsi="Arial" w:cs="Arial"/>
          <w:color w:val="auto"/>
          <w:sz w:val="24"/>
          <w:szCs w:val="24"/>
          <w:lang w:val="el-GR"/>
        </w:rPr>
      </w:pPr>
      <w:r w:rsidRPr="00106C4D">
        <w:rPr>
          <w:rFonts w:ascii="Arial" w:hAnsi="Arial" w:cs="Arial"/>
          <w:color w:val="auto"/>
          <w:sz w:val="24"/>
          <w:szCs w:val="24"/>
          <w:lang w:val="el-GR"/>
        </w:rPr>
        <w:t xml:space="preserve">5. </w:t>
      </w:r>
      <w:r w:rsidR="00451C13" w:rsidRPr="00106C4D">
        <w:rPr>
          <w:rFonts w:ascii="Arial" w:hAnsi="Arial" w:cs="Arial"/>
          <w:color w:val="auto"/>
          <w:sz w:val="24"/>
          <w:szCs w:val="24"/>
          <w:lang w:val="el-GR"/>
        </w:rPr>
        <w:tab/>
      </w:r>
      <w:r w:rsidRPr="00106C4D">
        <w:rPr>
          <w:rFonts w:ascii="Arial" w:hAnsi="Arial" w:cs="Arial"/>
          <w:color w:val="auto"/>
          <w:sz w:val="24"/>
          <w:szCs w:val="24"/>
          <w:lang w:val="el-GR"/>
        </w:rPr>
        <w:t>ΑΠΑΙΤΗΣΕΙΣ ΣΥΜΜΟΡΦΩΣΗΣ ΥΛΙΚΟΥ</w:t>
      </w:r>
    </w:p>
    <w:p w14:paraId="2F0697E6" w14:textId="77777777" w:rsidR="00631568" w:rsidRPr="00106C4D" w:rsidRDefault="000A5455">
      <w:pPr>
        <w:pStyle w:val="21"/>
        <w:rPr>
          <w:rFonts w:ascii="Arial" w:hAnsi="Arial" w:cs="Arial"/>
          <w:color w:val="auto"/>
          <w:sz w:val="24"/>
          <w:szCs w:val="24"/>
          <w:lang w:val="el-GR"/>
        </w:rPr>
      </w:pPr>
      <w:r w:rsidRPr="00106C4D">
        <w:rPr>
          <w:rFonts w:ascii="Arial" w:hAnsi="Arial" w:cs="Arial"/>
          <w:color w:val="auto"/>
          <w:sz w:val="24"/>
          <w:szCs w:val="24"/>
          <w:lang w:val="el-GR"/>
        </w:rPr>
        <w:t xml:space="preserve">5.1 </w:t>
      </w:r>
      <w:r w:rsidR="00451C13" w:rsidRPr="00106C4D">
        <w:rPr>
          <w:rFonts w:ascii="Arial" w:hAnsi="Arial" w:cs="Arial"/>
          <w:color w:val="auto"/>
          <w:sz w:val="24"/>
          <w:szCs w:val="24"/>
          <w:lang w:val="el-GR"/>
        </w:rPr>
        <w:tab/>
      </w:r>
      <w:r w:rsidRPr="00106C4D">
        <w:rPr>
          <w:rFonts w:ascii="Arial" w:hAnsi="Arial" w:cs="Arial"/>
          <w:color w:val="auto"/>
          <w:sz w:val="24"/>
          <w:szCs w:val="24"/>
          <w:lang w:val="el-GR"/>
        </w:rPr>
        <w:t>Συνοδευτικά Έγγραφα / Πιστοποιητικά</w:t>
      </w:r>
    </w:p>
    <w:p w14:paraId="2AFE316A" w14:textId="77777777" w:rsidR="00451C13" w:rsidRPr="00451C13" w:rsidRDefault="00451C13" w:rsidP="00451C13">
      <w:pPr>
        <w:rPr>
          <w:lang w:val="el-GR"/>
        </w:rPr>
      </w:pPr>
    </w:p>
    <w:p w14:paraId="74BA87B2" w14:textId="77777777" w:rsidR="00631568" w:rsidRPr="00F57085" w:rsidRDefault="000A5455">
      <w:pPr>
        <w:spacing w:after="60"/>
        <w:rPr>
          <w:rFonts w:cs="Arial"/>
          <w:sz w:val="22"/>
          <w:lang w:val="el-GR"/>
        </w:rPr>
      </w:pPr>
      <w:r w:rsidRPr="00185176">
        <w:rPr>
          <w:rFonts w:cs="Arial"/>
          <w:b/>
          <w:sz w:val="22"/>
          <w:lang w:val="el-GR"/>
        </w:rPr>
        <w:t>5.1.1</w:t>
      </w:r>
      <w:r w:rsidR="00451C13">
        <w:rPr>
          <w:rFonts w:cs="Arial"/>
          <w:sz w:val="22"/>
          <w:lang w:val="el-GR"/>
        </w:rPr>
        <w:tab/>
      </w:r>
      <w:r w:rsidRPr="00F57085">
        <w:rPr>
          <w:rFonts w:cs="Arial"/>
          <w:sz w:val="22"/>
          <w:lang w:val="el-GR"/>
        </w:rPr>
        <w:t xml:space="preserve"> Αναλυτική τεχνική προσφορά και συμπληρωμένο φύλλο συμμόρφωσης, με παραπομπές σε συγκεκριμένες σελίδες των επίσημων τεχνικών φυλλαδίων/εγχειριδίων.</w:t>
      </w:r>
    </w:p>
    <w:p w14:paraId="32F4AFDA" w14:textId="77777777" w:rsidR="00631568" w:rsidRPr="00F57085" w:rsidRDefault="000A5455">
      <w:pPr>
        <w:spacing w:after="60"/>
        <w:rPr>
          <w:rFonts w:cs="Arial"/>
          <w:sz w:val="22"/>
          <w:lang w:val="el-GR"/>
        </w:rPr>
      </w:pPr>
      <w:r w:rsidRPr="00185176">
        <w:rPr>
          <w:rFonts w:cs="Arial"/>
          <w:b/>
          <w:sz w:val="22"/>
          <w:lang w:val="el-GR"/>
        </w:rPr>
        <w:t>5.1.2</w:t>
      </w:r>
      <w:r w:rsidRPr="00F57085">
        <w:rPr>
          <w:rFonts w:cs="Arial"/>
          <w:sz w:val="22"/>
          <w:lang w:val="el-GR"/>
        </w:rPr>
        <w:t xml:space="preserve"> </w:t>
      </w:r>
      <w:r w:rsidR="00451C13">
        <w:rPr>
          <w:rFonts w:cs="Arial"/>
          <w:sz w:val="22"/>
          <w:lang w:val="el-GR"/>
        </w:rPr>
        <w:tab/>
      </w:r>
      <w:r w:rsidRPr="00F57085">
        <w:rPr>
          <w:rFonts w:cs="Arial"/>
          <w:sz w:val="22"/>
          <w:lang w:val="el-GR"/>
        </w:rPr>
        <w:t>Επίσημο τεχνικό φυλλάδιο του κατασκευαστή με τις λειτουργίες, τις ισχείς εξόδου ανά λειτουργία και το φορτίο μέτρησης.</w:t>
      </w:r>
    </w:p>
    <w:p w14:paraId="700AFF28" w14:textId="77777777" w:rsidR="00631568" w:rsidRPr="00F57085" w:rsidRDefault="000A5455">
      <w:pPr>
        <w:spacing w:after="60"/>
        <w:rPr>
          <w:rFonts w:cs="Arial"/>
          <w:sz w:val="22"/>
          <w:lang w:val="el-GR"/>
        </w:rPr>
      </w:pPr>
      <w:r w:rsidRPr="00185176">
        <w:rPr>
          <w:rFonts w:cs="Arial"/>
          <w:b/>
          <w:sz w:val="22"/>
          <w:lang w:val="el-GR"/>
        </w:rPr>
        <w:t>5.1.3</w:t>
      </w:r>
      <w:r w:rsidRPr="00F57085">
        <w:rPr>
          <w:rFonts w:cs="Arial"/>
          <w:sz w:val="22"/>
          <w:lang w:val="el-GR"/>
        </w:rPr>
        <w:t xml:space="preserve"> </w:t>
      </w:r>
      <w:r w:rsidR="00451C13">
        <w:rPr>
          <w:rFonts w:cs="Arial"/>
          <w:sz w:val="22"/>
          <w:lang w:val="el-GR"/>
        </w:rPr>
        <w:tab/>
      </w:r>
      <w:r w:rsidRPr="00F57085">
        <w:rPr>
          <w:rFonts w:cs="Arial"/>
          <w:sz w:val="22"/>
          <w:lang w:val="el-GR"/>
        </w:rPr>
        <w:t xml:space="preserve">Δήλωση Συμμόρφωσης ΕΕ και αποδεικτικά της απαιτούμενης σήμανσης </w:t>
      </w:r>
      <w:r w:rsidRPr="00F57085">
        <w:rPr>
          <w:rFonts w:cs="Arial"/>
          <w:sz w:val="22"/>
        </w:rPr>
        <w:t>CE</w:t>
      </w:r>
      <w:r w:rsidRPr="00F57085">
        <w:rPr>
          <w:rFonts w:cs="Arial"/>
          <w:sz w:val="22"/>
          <w:lang w:val="el-GR"/>
        </w:rPr>
        <w:t>, σύμφωνα με το εφαρμοστέο κανονιστικό πλαίσιο.</w:t>
      </w:r>
    </w:p>
    <w:p w14:paraId="70EB8DE0" w14:textId="77777777" w:rsidR="00631568" w:rsidRPr="00F57085" w:rsidRDefault="000A5455">
      <w:pPr>
        <w:spacing w:after="60"/>
        <w:rPr>
          <w:rFonts w:cs="Arial"/>
          <w:sz w:val="22"/>
          <w:lang w:val="el-GR"/>
        </w:rPr>
      </w:pPr>
      <w:r w:rsidRPr="00185176">
        <w:rPr>
          <w:rFonts w:cs="Arial"/>
          <w:b/>
          <w:sz w:val="22"/>
          <w:lang w:val="el-GR"/>
        </w:rPr>
        <w:t xml:space="preserve">5.1.4 </w:t>
      </w:r>
      <w:r w:rsidR="00451C13" w:rsidRPr="00185176">
        <w:rPr>
          <w:rFonts w:cs="Arial"/>
          <w:b/>
          <w:sz w:val="22"/>
          <w:lang w:val="el-GR"/>
        </w:rPr>
        <w:tab/>
      </w:r>
      <w:r w:rsidRPr="00F57085">
        <w:rPr>
          <w:rFonts w:cs="Arial"/>
          <w:sz w:val="22"/>
          <w:lang w:val="el-GR"/>
        </w:rPr>
        <w:t xml:space="preserve">Πιστοποιητικά ή δηλώσεις συμμόρφωσης με τα εφαρμοστέα πρότυπα </w:t>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60601-1, </w:t>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60601-1-2 και </w:t>
      </w:r>
      <w:r w:rsidRPr="00F57085">
        <w:rPr>
          <w:rFonts w:cs="Arial"/>
          <w:sz w:val="22"/>
        </w:rPr>
        <w:t>EN</w:t>
      </w:r>
      <w:r w:rsidRPr="00F57085">
        <w:rPr>
          <w:rFonts w:cs="Arial"/>
          <w:sz w:val="22"/>
          <w:lang w:val="el-GR"/>
        </w:rPr>
        <w:t>/</w:t>
      </w:r>
      <w:r w:rsidRPr="00F57085">
        <w:rPr>
          <w:rFonts w:cs="Arial"/>
          <w:sz w:val="22"/>
        </w:rPr>
        <w:t>IEC</w:t>
      </w:r>
      <w:r w:rsidRPr="00F57085">
        <w:rPr>
          <w:rFonts w:cs="Arial"/>
          <w:sz w:val="22"/>
          <w:lang w:val="el-GR"/>
        </w:rPr>
        <w:t xml:space="preserve"> 60601-2-2.</w:t>
      </w:r>
    </w:p>
    <w:p w14:paraId="17AEBD65" w14:textId="77777777" w:rsidR="00631568" w:rsidRPr="00F57085" w:rsidRDefault="000A5455">
      <w:pPr>
        <w:spacing w:after="60"/>
        <w:rPr>
          <w:rFonts w:cs="Arial"/>
          <w:sz w:val="22"/>
          <w:lang w:val="el-GR"/>
        </w:rPr>
      </w:pPr>
      <w:r w:rsidRPr="00185176">
        <w:rPr>
          <w:rFonts w:cs="Arial"/>
          <w:b/>
          <w:sz w:val="22"/>
          <w:lang w:val="el-GR"/>
        </w:rPr>
        <w:t>5.1.5</w:t>
      </w:r>
      <w:r w:rsidRPr="00F57085">
        <w:rPr>
          <w:rFonts w:cs="Arial"/>
          <w:sz w:val="22"/>
          <w:lang w:val="el-GR"/>
        </w:rPr>
        <w:t xml:space="preserve"> </w:t>
      </w:r>
      <w:r w:rsidR="00451C13">
        <w:rPr>
          <w:rFonts w:cs="Arial"/>
          <w:sz w:val="22"/>
          <w:lang w:val="el-GR"/>
        </w:rPr>
        <w:tab/>
      </w:r>
      <w:r w:rsidRPr="00F57085">
        <w:rPr>
          <w:rFonts w:cs="Arial"/>
          <w:sz w:val="22"/>
          <w:lang w:val="el-GR"/>
        </w:rPr>
        <w:t xml:space="preserve">Πιστοποιητικό </w:t>
      </w:r>
      <w:r w:rsidRPr="00F57085">
        <w:rPr>
          <w:rFonts w:cs="Arial"/>
          <w:sz w:val="22"/>
        </w:rPr>
        <w:t>ISO</w:t>
      </w:r>
      <w:r w:rsidRPr="00F57085">
        <w:rPr>
          <w:rFonts w:cs="Arial"/>
          <w:sz w:val="22"/>
          <w:lang w:val="el-GR"/>
        </w:rPr>
        <w:t xml:space="preserve"> 13485 του κατασκευαστή, εφόσον εφαρμόζεται/απαιτείται.</w:t>
      </w:r>
    </w:p>
    <w:p w14:paraId="25A47847" w14:textId="77777777" w:rsidR="00631568" w:rsidRPr="00F57085" w:rsidRDefault="000A5455">
      <w:pPr>
        <w:spacing w:after="60"/>
        <w:rPr>
          <w:rFonts w:cs="Arial"/>
          <w:sz w:val="22"/>
          <w:lang w:val="el-GR"/>
        </w:rPr>
      </w:pPr>
      <w:r w:rsidRPr="00185176">
        <w:rPr>
          <w:rFonts w:cs="Arial"/>
          <w:b/>
          <w:sz w:val="22"/>
          <w:lang w:val="el-GR"/>
        </w:rPr>
        <w:t>5.1.6</w:t>
      </w:r>
      <w:r w:rsidRPr="00F57085">
        <w:rPr>
          <w:rFonts w:cs="Arial"/>
          <w:sz w:val="22"/>
          <w:lang w:val="el-GR"/>
        </w:rPr>
        <w:t xml:space="preserve"> </w:t>
      </w:r>
      <w:r w:rsidR="00451C13">
        <w:rPr>
          <w:rFonts w:cs="Arial"/>
          <w:sz w:val="22"/>
          <w:lang w:val="el-GR"/>
        </w:rPr>
        <w:tab/>
      </w:r>
      <w:r w:rsidRPr="00F57085">
        <w:rPr>
          <w:rFonts w:cs="Arial"/>
          <w:sz w:val="22"/>
          <w:lang w:val="el-GR"/>
        </w:rPr>
        <w:t>Εγχειρίδιο χρήσης, οδηγίες καθαρισμού/απολύμανσης και οδηγίες επανεπεξεργασίας των επαναχρησιμοποιούμενων παρελκομένων.</w:t>
      </w:r>
    </w:p>
    <w:p w14:paraId="31A6F231" w14:textId="77777777" w:rsidR="00631568" w:rsidRPr="00F57085" w:rsidRDefault="000A5455">
      <w:pPr>
        <w:spacing w:after="60"/>
        <w:rPr>
          <w:rFonts w:cs="Arial"/>
          <w:sz w:val="22"/>
          <w:lang w:val="el-GR"/>
        </w:rPr>
      </w:pPr>
      <w:r w:rsidRPr="00185176">
        <w:rPr>
          <w:rFonts w:cs="Arial"/>
          <w:b/>
          <w:sz w:val="22"/>
          <w:lang w:val="el-GR"/>
        </w:rPr>
        <w:lastRenderedPageBreak/>
        <w:t>5.1.7</w:t>
      </w:r>
      <w:r w:rsidR="00451C13">
        <w:rPr>
          <w:rFonts w:cs="Arial"/>
          <w:sz w:val="22"/>
          <w:lang w:val="el-GR"/>
        </w:rPr>
        <w:tab/>
      </w:r>
      <w:r w:rsidRPr="00F57085">
        <w:rPr>
          <w:rFonts w:cs="Arial"/>
          <w:sz w:val="22"/>
          <w:lang w:val="el-GR"/>
        </w:rPr>
        <w:t xml:space="preserve"> Κατάλογος παρελκομένων, αναλωσίμων και ανταλλακτικών με κωδικούς κατασκευαστή και τιμές.</w:t>
      </w:r>
    </w:p>
    <w:p w14:paraId="6CA616B1" w14:textId="77777777" w:rsidR="00631568" w:rsidRPr="00F57085" w:rsidRDefault="000A5455">
      <w:pPr>
        <w:spacing w:after="60"/>
        <w:rPr>
          <w:rFonts w:cs="Arial"/>
          <w:sz w:val="22"/>
          <w:lang w:val="el-GR"/>
        </w:rPr>
      </w:pPr>
      <w:r w:rsidRPr="00185176">
        <w:rPr>
          <w:rFonts w:cs="Arial"/>
          <w:b/>
          <w:sz w:val="22"/>
          <w:lang w:val="el-GR"/>
        </w:rPr>
        <w:t>5.1.8</w:t>
      </w:r>
      <w:r w:rsidRPr="00F57085">
        <w:rPr>
          <w:rFonts w:cs="Arial"/>
          <w:sz w:val="22"/>
          <w:lang w:val="el-GR"/>
        </w:rPr>
        <w:t xml:space="preserve"> </w:t>
      </w:r>
      <w:r w:rsidR="00451C13">
        <w:rPr>
          <w:rFonts w:cs="Arial"/>
          <w:sz w:val="22"/>
          <w:lang w:val="el-GR"/>
        </w:rPr>
        <w:tab/>
      </w:r>
      <w:r w:rsidRPr="00F57085">
        <w:rPr>
          <w:rFonts w:cs="Arial"/>
          <w:sz w:val="22"/>
          <w:lang w:val="el-GR"/>
        </w:rPr>
        <w:t>Στοιχεία του εξουσιοδοτημένου αντιπροσώπου/φορέα τεχνικής υποστήριξης στην Ελλάδα και βεβαίωση εκπαίδευσης τεχνικών, όπου διατίθεται.</w:t>
      </w:r>
    </w:p>
    <w:p w14:paraId="3AC17CC9" w14:textId="77777777" w:rsidR="00631568" w:rsidRPr="00F57085" w:rsidRDefault="000A5455">
      <w:pPr>
        <w:spacing w:after="60"/>
        <w:rPr>
          <w:rFonts w:cs="Arial"/>
          <w:sz w:val="22"/>
          <w:lang w:val="el-GR"/>
        </w:rPr>
      </w:pPr>
      <w:r w:rsidRPr="00185176">
        <w:rPr>
          <w:rFonts w:cs="Arial"/>
          <w:b/>
          <w:sz w:val="22"/>
          <w:lang w:val="el-GR"/>
        </w:rPr>
        <w:t>5.1.9</w:t>
      </w:r>
      <w:r w:rsidRPr="00F57085">
        <w:rPr>
          <w:rFonts w:cs="Arial"/>
          <w:sz w:val="22"/>
          <w:lang w:val="el-GR"/>
        </w:rPr>
        <w:t xml:space="preserve"> </w:t>
      </w:r>
      <w:r w:rsidR="00451C13">
        <w:rPr>
          <w:rFonts w:cs="Arial"/>
          <w:sz w:val="22"/>
          <w:lang w:val="el-GR"/>
        </w:rPr>
        <w:tab/>
      </w:r>
      <w:r w:rsidRPr="00F57085">
        <w:rPr>
          <w:rFonts w:cs="Arial"/>
          <w:sz w:val="22"/>
          <w:lang w:val="el-GR"/>
        </w:rPr>
        <w:t>Δήλωση εγγύησης, χρόνου παράδοσης και διαθεσιμότητας ανταλλακτικών.</w:t>
      </w:r>
    </w:p>
    <w:p w14:paraId="2BDD07DB" w14:textId="77777777" w:rsidR="00631568" w:rsidRDefault="000A5455">
      <w:pPr>
        <w:pStyle w:val="21"/>
        <w:rPr>
          <w:rFonts w:ascii="Arial" w:hAnsi="Arial" w:cs="Arial"/>
          <w:color w:val="auto"/>
          <w:sz w:val="24"/>
          <w:szCs w:val="22"/>
          <w:lang w:val="el-GR"/>
        </w:rPr>
      </w:pPr>
      <w:r w:rsidRPr="00106C4D">
        <w:rPr>
          <w:rFonts w:ascii="Arial" w:hAnsi="Arial" w:cs="Arial"/>
          <w:color w:val="auto"/>
          <w:sz w:val="24"/>
          <w:szCs w:val="22"/>
          <w:lang w:val="el-GR"/>
        </w:rPr>
        <w:t xml:space="preserve">5.2 </w:t>
      </w:r>
      <w:r w:rsidR="00451C13" w:rsidRPr="00106C4D">
        <w:rPr>
          <w:rFonts w:ascii="Arial" w:hAnsi="Arial" w:cs="Arial"/>
          <w:color w:val="auto"/>
          <w:sz w:val="24"/>
          <w:szCs w:val="22"/>
          <w:lang w:val="el-GR"/>
        </w:rPr>
        <w:tab/>
      </w:r>
      <w:r w:rsidRPr="00106C4D">
        <w:rPr>
          <w:rFonts w:ascii="Arial" w:hAnsi="Arial" w:cs="Arial"/>
          <w:color w:val="auto"/>
          <w:sz w:val="24"/>
          <w:szCs w:val="22"/>
          <w:lang w:val="el-GR"/>
        </w:rPr>
        <w:t>Επιθεωρήσεις / Δοκιμές</w:t>
      </w:r>
    </w:p>
    <w:p w14:paraId="5983386B" w14:textId="77777777" w:rsidR="00106C4D" w:rsidRPr="00106C4D" w:rsidRDefault="00106C4D" w:rsidP="00106C4D">
      <w:pPr>
        <w:rPr>
          <w:lang w:val="el-GR"/>
        </w:rPr>
      </w:pPr>
    </w:p>
    <w:p w14:paraId="1A18553D" w14:textId="77777777" w:rsidR="00631568" w:rsidRPr="00F57085" w:rsidRDefault="000A5455">
      <w:pPr>
        <w:spacing w:after="60"/>
        <w:rPr>
          <w:rFonts w:cs="Arial"/>
          <w:sz w:val="22"/>
          <w:lang w:val="el-GR"/>
        </w:rPr>
      </w:pPr>
      <w:r w:rsidRPr="00F57085">
        <w:rPr>
          <w:rFonts w:cs="Arial"/>
          <w:sz w:val="22"/>
          <w:lang w:val="el-GR"/>
        </w:rPr>
        <w:t>Ο έλεγχος παραλαβής θα πραγματοποιηθεί μετά την παράδοση, παρουσία της αρμόδιας επιτροπής.</w:t>
      </w:r>
    </w:p>
    <w:p w14:paraId="328ABC02" w14:textId="77777777" w:rsidR="00631568" w:rsidRPr="00F57085" w:rsidRDefault="000A5455">
      <w:pPr>
        <w:spacing w:after="60"/>
        <w:rPr>
          <w:rFonts w:cs="Arial"/>
          <w:sz w:val="22"/>
          <w:lang w:val="el-GR"/>
        </w:rPr>
      </w:pPr>
      <w:r w:rsidRPr="00185176">
        <w:rPr>
          <w:rFonts w:cs="Arial"/>
          <w:b/>
          <w:sz w:val="22"/>
          <w:lang w:val="el-GR"/>
        </w:rPr>
        <w:t>5.2.1</w:t>
      </w:r>
      <w:r w:rsidRPr="00F57085">
        <w:rPr>
          <w:rFonts w:cs="Arial"/>
          <w:sz w:val="22"/>
          <w:lang w:val="el-GR"/>
        </w:rPr>
        <w:t xml:space="preserve"> </w:t>
      </w:r>
      <w:r w:rsidR="00451C13">
        <w:rPr>
          <w:rFonts w:cs="Arial"/>
          <w:sz w:val="22"/>
          <w:lang w:val="el-GR"/>
        </w:rPr>
        <w:tab/>
      </w:r>
      <w:r w:rsidRPr="00F57085">
        <w:rPr>
          <w:rFonts w:cs="Arial"/>
          <w:sz w:val="22"/>
          <w:lang w:val="el-GR"/>
        </w:rPr>
        <w:t>Μακροσκοπικός έλεγχος: κατάσταση, πληρότητα, απουσία φθορών, ταυτοποίηση μοντέλου/σειριακού αριθμού και έλεγχος παρελκομένων.</w:t>
      </w:r>
    </w:p>
    <w:p w14:paraId="0F5B7112" w14:textId="77777777" w:rsidR="00631568" w:rsidRPr="00F57085" w:rsidRDefault="000A5455">
      <w:pPr>
        <w:spacing w:after="60"/>
        <w:rPr>
          <w:rFonts w:cs="Arial"/>
          <w:sz w:val="22"/>
          <w:lang w:val="el-GR"/>
        </w:rPr>
      </w:pPr>
      <w:r w:rsidRPr="00185176">
        <w:rPr>
          <w:rFonts w:cs="Arial"/>
          <w:b/>
          <w:sz w:val="22"/>
          <w:lang w:val="el-GR"/>
        </w:rPr>
        <w:t>5.2.2</w:t>
      </w:r>
      <w:r w:rsidRPr="00F57085">
        <w:rPr>
          <w:rFonts w:cs="Arial"/>
          <w:sz w:val="22"/>
          <w:lang w:val="el-GR"/>
        </w:rPr>
        <w:t xml:space="preserve"> </w:t>
      </w:r>
      <w:r w:rsidR="00451C13">
        <w:rPr>
          <w:rFonts w:cs="Arial"/>
          <w:sz w:val="22"/>
          <w:lang w:val="el-GR"/>
        </w:rPr>
        <w:tab/>
      </w:r>
      <w:r w:rsidRPr="00F57085">
        <w:rPr>
          <w:rFonts w:cs="Arial"/>
          <w:sz w:val="22"/>
          <w:lang w:val="el-GR"/>
        </w:rPr>
        <w:t>Έλεγχος εγγράφων: Δήλωση Συμμόρφωσης ΕΕ, εγχειρίδια, πιστοποιητικά, εγγύηση και κατάλογος παρελκομένων.</w:t>
      </w:r>
    </w:p>
    <w:p w14:paraId="420D78EF" w14:textId="77777777" w:rsidR="00631568" w:rsidRPr="00F57085" w:rsidRDefault="000A5455">
      <w:pPr>
        <w:spacing w:after="60"/>
        <w:rPr>
          <w:rFonts w:cs="Arial"/>
          <w:sz w:val="22"/>
          <w:lang w:val="el-GR"/>
        </w:rPr>
      </w:pPr>
      <w:r w:rsidRPr="00185176">
        <w:rPr>
          <w:rFonts w:cs="Arial"/>
          <w:b/>
          <w:sz w:val="22"/>
          <w:lang w:val="el-GR"/>
        </w:rPr>
        <w:t>5.2.3</w:t>
      </w:r>
      <w:r w:rsidRPr="00F57085">
        <w:rPr>
          <w:rFonts w:cs="Arial"/>
          <w:sz w:val="22"/>
          <w:lang w:val="el-GR"/>
        </w:rPr>
        <w:t xml:space="preserve"> </w:t>
      </w:r>
      <w:r w:rsidR="00451C13">
        <w:rPr>
          <w:rFonts w:cs="Arial"/>
          <w:sz w:val="22"/>
          <w:lang w:val="el-GR"/>
        </w:rPr>
        <w:tab/>
      </w:r>
      <w:r w:rsidRPr="00F57085">
        <w:rPr>
          <w:rFonts w:cs="Arial"/>
          <w:sz w:val="22"/>
          <w:lang w:val="el-GR"/>
        </w:rPr>
        <w:t>Λειτουργικός έλεγχος: εκκίνηση και αυτοέλεγχος, έλεγχος οθόνης/ενδείξεων, επιλογή των διαθέσιμων λειτουργιών μονοπολικής κοπής, μονοπολικής πήξης και διπολικής λειτουργίας.</w:t>
      </w:r>
    </w:p>
    <w:p w14:paraId="19E547E9" w14:textId="77777777" w:rsidR="00631568" w:rsidRPr="00F57085" w:rsidRDefault="000A5455">
      <w:pPr>
        <w:spacing w:after="60"/>
        <w:rPr>
          <w:rFonts w:cs="Arial"/>
          <w:sz w:val="22"/>
          <w:lang w:val="el-GR"/>
        </w:rPr>
      </w:pPr>
      <w:r w:rsidRPr="00185176">
        <w:rPr>
          <w:rFonts w:cs="Arial"/>
          <w:b/>
          <w:sz w:val="22"/>
          <w:lang w:val="el-GR"/>
        </w:rPr>
        <w:t>5.2.4</w:t>
      </w:r>
      <w:r w:rsidR="00451C13">
        <w:rPr>
          <w:rFonts w:cs="Arial"/>
          <w:sz w:val="22"/>
          <w:lang w:val="el-GR"/>
        </w:rPr>
        <w:tab/>
      </w:r>
      <w:r w:rsidRPr="00F57085">
        <w:rPr>
          <w:rFonts w:cs="Arial"/>
          <w:sz w:val="22"/>
          <w:lang w:val="el-GR"/>
        </w:rPr>
        <w:t xml:space="preserve"> Έλεγχος συναγερμών και συστήματος παρακολούθησης ηλεκτροδίου επιστροφής, σύμφωνα με τη διαδικασία ελέγχου του κατασκευαστή και χωρίς έκθεση ασθενούς σε κίνδυνο.</w:t>
      </w:r>
    </w:p>
    <w:p w14:paraId="0C047C61" w14:textId="77777777" w:rsidR="00631568" w:rsidRPr="00F57085" w:rsidRDefault="000A5455">
      <w:pPr>
        <w:spacing w:after="60"/>
        <w:rPr>
          <w:rFonts w:cs="Arial"/>
          <w:sz w:val="22"/>
          <w:lang w:val="el-GR"/>
        </w:rPr>
      </w:pPr>
      <w:r w:rsidRPr="00185176">
        <w:rPr>
          <w:rFonts w:cs="Arial"/>
          <w:b/>
          <w:sz w:val="22"/>
          <w:lang w:val="el-GR"/>
        </w:rPr>
        <w:t>5.2.5</w:t>
      </w:r>
      <w:r w:rsidR="00451C13">
        <w:rPr>
          <w:rFonts w:cs="Arial"/>
          <w:sz w:val="22"/>
          <w:lang w:val="el-GR"/>
        </w:rPr>
        <w:tab/>
      </w:r>
      <w:r w:rsidRPr="00F57085">
        <w:rPr>
          <w:rFonts w:cs="Arial"/>
          <w:sz w:val="22"/>
          <w:lang w:val="el-GR"/>
        </w:rPr>
        <w:t xml:space="preserve"> Επιβεβαίωση ότι τα παρελκόμενα αναγνωρίζονται ως συμβατά από τον κατασκευαστή και ότι λειτουργούν σύμφωνα με τις οδηγίες χρήσης.</w:t>
      </w:r>
    </w:p>
    <w:p w14:paraId="23245AB3" w14:textId="77777777" w:rsidR="00631568" w:rsidRPr="00F57085" w:rsidRDefault="000A5455">
      <w:pPr>
        <w:spacing w:after="60"/>
        <w:rPr>
          <w:rFonts w:cs="Arial"/>
          <w:sz w:val="22"/>
          <w:lang w:val="el-GR"/>
        </w:rPr>
      </w:pPr>
      <w:r w:rsidRPr="00185176">
        <w:rPr>
          <w:rFonts w:cs="Arial"/>
          <w:b/>
          <w:sz w:val="22"/>
          <w:lang w:val="el-GR"/>
        </w:rPr>
        <w:t>5.2.6</w:t>
      </w:r>
      <w:r w:rsidRPr="00F57085">
        <w:rPr>
          <w:rFonts w:cs="Arial"/>
          <w:sz w:val="22"/>
          <w:lang w:val="el-GR"/>
        </w:rPr>
        <w:t xml:space="preserve"> </w:t>
      </w:r>
      <w:r w:rsidR="00451C13">
        <w:rPr>
          <w:rFonts w:cs="Arial"/>
          <w:sz w:val="22"/>
          <w:lang w:val="el-GR"/>
        </w:rPr>
        <w:tab/>
      </w:r>
      <w:r w:rsidRPr="00F57085">
        <w:rPr>
          <w:rFonts w:cs="Arial"/>
          <w:sz w:val="22"/>
          <w:lang w:val="el-GR"/>
        </w:rPr>
        <w:t>Οι έλεγχοι εξόδου ηλεκτρικής ισχύος και ασφάλειας, εφόσον απαιτούνται, θα εκτελούνται με κατάλληλο αναλυτή ηλεκτροχειρουργικών μονάδων από εξειδικευμένο τεχνικό και σύμφωνα με τις οδηγίες του κατασκευαστή.</w:t>
      </w:r>
    </w:p>
    <w:p w14:paraId="44B8471D" w14:textId="77777777" w:rsidR="00631568" w:rsidRPr="00185176" w:rsidRDefault="000A5455">
      <w:pPr>
        <w:pStyle w:val="1"/>
        <w:rPr>
          <w:rFonts w:ascii="Arial" w:hAnsi="Arial" w:cs="Arial"/>
          <w:color w:val="auto"/>
          <w:sz w:val="24"/>
          <w:szCs w:val="22"/>
          <w:lang w:val="el-GR"/>
        </w:rPr>
      </w:pPr>
      <w:r w:rsidRPr="00185176">
        <w:rPr>
          <w:rFonts w:ascii="Arial" w:hAnsi="Arial" w:cs="Arial"/>
          <w:color w:val="auto"/>
          <w:sz w:val="24"/>
          <w:szCs w:val="22"/>
          <w:lang w:val="el-GR"/>
        </w:rPr>
        <w:t xml:space="preserve">6. </w:t>
      </w:r>
      <w:r w:rsidR="00451C13" w:rsidRPr="00185176">
        <w:rPr>
          <w:rFonts w:ascii="Arial" w:hAnsi="Arial" w:cs="Arial"/>
          <w:color w:val="auto"/>
          <w:sz w:val="24"/>
          <w:szCs w:val="22"/>
          <w:lang w:val="el-GR"/>
        </w:rPr>
        <w:tab/>
      </w:r>
      <w:r w:rsidRPr="00185176">
        <w:rPr>
          <w:rFonts w:ascii="Arial" w:hAnsi="Arial" w:cs="Arial"/>
          <w:color w:val="auto"/>
          <w:sz w:val="24"/>
          <w:szCs w:val="22"/>
          <w:lang w:val="el-GR"/>
        </w:rPr>
        <w:t>ΛΟΙΠΕΣ ΑΠΑΙΤΗΣΕΙΣ</w:t>
      </w:r>
    </w:p>
    <w:p w14:paraId="6C8D0550" w14:textId="77777777" w:rsidR="00451C13" w:rsidRPr="00451C13" w:rsidRDefault="00451C13" w:rsidP="00451C13">
      <w:pPr>
        <w:rPr>
          <w:lang w:val="el-GR"/>
        </w:rPr>
      </w:pPr>
    </w:p>
    <w:p w14:paraId="7911CFD6" w14:textId="77777777" w:rsidR="00631568" w:rsidRPr="00F57085" w:rsidRDefault="000A5455">
      <w:pPr>
        <w:spacing w:after="60"/>
        <w:rPr>
          <w:rFonts w:cs="Arial"/>
          <w:sz w:val="22"/>
          <w:lang w:val="el-GR"/>
        </w:rPr>
      </w:pPr>
      <w:r w:rsidRPr="00185176">
        <w:rPr>
          <w:rFonts w:cs="Arial"/>
          <w:b/>
          <w:sz w:val="22"/>
          <w:lang w:val="el-GR"/>
        </w:rPr>
        <w:t>6.1</w:t>
      </w:r>
      <w:r w:rsidRPr="00F57085">
        <w:rPr>
          <w:rFonts w:cs="Arial"/>
          <w:sz w:val="22"/>
          <w:lang w:val="el-GR"/>
        </w:rPr>
        <w:t xml:space="preserve"> </w:t>
      </w:r>
      <w:r w:rsidR="00451C13">
        <w:rPr>
          <w:rFonts w:cs="Arial"/>
          <w:sz w:val="22"/>
          <w:lang w:val="el-GR"/>
        </w:rPr>
        <w:tab/>
      </w:r>
      <w:r w:rsidRPr="00F57085">
        <w:rPr>
          <w:rFonts w:cs="Arial"/>
          <w:sz w:val="22"/>
          <w:lang w:val="el-GR"/>
        </w:rPr>
        <w:t>Ο χρόνος παράδοσης να δηλώνεται σαφώς στην προσφορά. Προτεινόμενος ανώτατος χρόνος: ενενήντα (90) ημερολογιακές ημέρες από την υπογραφή της σύμβασης, εφόσον εγκριθεί από την αναθέτουσα αρχή.</w:t>
      </w:r>
    </w:p>
    <w:p w14:paraId="3B5F35A9" w14:textId="77777777" w:rsidR="00631568" w:rsidRPr="00F57085" w:rsidRDefault="000A5455">
      <w:pPr>
        <w:spacing w:after="60"/>
        <w:rPr>
          <w:rFonts w:cs="Arial"/>
          <w:sz w:val="22"/>
          <w:lang w:val="el-GR"/>
        </w:rPr>
      </w:pPr>
      <w:r w:rsidRPr="00185176">
        <w:rPr>
          <w:rFonts w:cs="Arial"/>
          <w:b/>
          <w:sz w:val="22"/>
          <w:lang w:val="el-GR"/>
        </w:rPr>
        <w:t>6.2</w:t>
      </w:r>
      <w:r w:rsidRPr="00F57085">
        <w:rPr>
          <w:rFonts w:cs="Arial"/>
          <w:sz w:val="22"/>
          <w:lang w:val="el-GR"/>
        </w:rPr>
        <w:t xml:space="preserve"> </w:t>
      </w:r>
      <w:r w:rsidR="00451C13">
        <w:rPr>
          <w:rFonts w:cs="Arial"/>
          <w:sz w:val="22"/>
          <w:lang w:val="el-GR"/>
        </w:rPr>
        <w:tab/>
      </w:r>
      <w:r w:rsidRPr="00F57085">
        <w:rPr>
          <w:rFonts w:cs="Arial"/>
          <w:sz w:val="22"/>
          <w:lang w:val="el-GR"/>
        </w:rPr>
        <w:t>Κατά την παράδοση να παραδοθούν δύο (2) σειρές τεχνικών εγχειριδίων ή ισοδύναμη ηλεκτρονική τεκμηρίωση, καθώς και κατάλογοι ανταλλακτικών και αναλωσίμων.</w:t>
      </w:r>
    </w:p>
    <w:p w14:paraId="4E9A640B" w14:textId="77777777" w:rsidR="00631568" w:rsidRPr="00F57085" w:rsidRDefault="000A5455">
      <w:pPr>
        <w:spacing w:after="60"/>
        <w:rPr>
          <w:rFonts w:cs="Arial"/>
          <w:sz w:val="22"/>
          <w:lang w:val="el-GR"/>
        </w:rPr>
      </w:pPr>
      <w:r w:rsidRPr="00185176">
        <w:rPr>
          <w:rFonts w:cs="Arial"/>
          <w:b/>
          <w:sz w:val="22"/>
          <w:lang w:val="el-GR"/>
        </w:rPr>
        <w:t>6.3</w:t>
      </w:r>
      <w:r w:rsidRPr="00F57085">
        <w:rPr>
          <w:rFonts w:cs="Arial"/>
          <w:sz w:val="22"/>
          <w:lang w:val="el-GR"/>
        </w:rPr>
        <w:t xml:space="preserve"> </w:t>
      </w:r>
      <w:r w:rsidR="00451C13">
        <w:rPr>
          <w:rFonts w:cs="Arial"/>
          <w:sz w:val="22"/>
          <w:lang w:val="el-GR"/>
        </w:rPr>
        <w:tab/>
      </w:r>
      <w:r w:rsidRPr="00F57085">
        <w:rPr>
          <w:rFonts w:cs="Arial"/>
          <w:sz w:val="22"/>
          <w:lang w:val="el-GR"/>
        </w:rPr>
        <w:t>Ο προμηθευτής να αναφέρει κάθε πρόσθετο εξοπλισμό που απαιτείται για πλήρη λειτουργία και δεν περιλαμβάνεται στην προσφορά.</w:t>
      </w:r>
    </w:p>
    <w:p w14:paraId="13FCD70F" w14:textId="77777777" w:rsidR="00631568" w:rsidRPr="00185176" w:rsidRDefault="000A5455">
      <w:pPr>
        <w:pStyle w:val="1"/>
        <w:rPr>
          <w:rFonts w:ascii="Arial" w:hAnsi="Arial" w:cs="Arial"/>
          <w:color w:val="auto"/>
          <w:sz w:val="24"/>
          <w:szCs w:val="24"/>
          <w:lang w:val="el-GR"/>
        </w:rPr>
      </w:pPr>
      <w:r w:rsidRPr="00185176">
        <w:rPr>
          <w:rFonts w:ascii="Arial" w:hAnsi="Arial" w:cs="Arial"/>
          <w:color w:val="auto"/>
          <w:sz w:val="24"/>
          <w:szCs w:val="24"/>
          <w:lang w:val="el-GR"/>
        </w:rPr>
        <w:t xml:space="preserve">7. </w:t>
      </w:r>
      <w:r w:rsidR="00451C13" w:rsidRPr="00185176">
        <w:rPr>
          <w:rFonts w:ascii="Arial" w:hAnsi="Arial" w:cs="Arial"/>
          <w:color w:val="auto"/>
          <w:sz w:val="24"/>
          <w:szCs w:val="24"/>
          <w:lang w:val="el-GR"/>
        </w:rPr>
        <w:tab/>
      </w:r>
      <w:r w:rsidRPr="00185176">
        <w:rPr>
          <w:rFonts w:ascii="Arial" w:hAnsi="Arial" w:cs="Arial"/>
          <w:color w:val="auto"/>
          <w:sz w:val="24"/>
          <w:szCs w:val="24"/>
          <w:lang w:val="el-GR"/>
        </w:rPr>
        <w:t>ΠΕΡΙΕΧΟΜΕΝΟ ΠΡΟΣΦΟΡΑΣ</w:t>
      </w:r>
    </w:p>
    <w:p w14:paraId="65D324DA" w14:textId="77777777" w:rsidR="00451C13" w:rsidRPr="00451C13" w:rsidRDefault="00451C13" w:rsidP="00451C13">
      <w:pPr>
        <w:rPr>
          <w:lang w:val="el-GR"/>
        </w:rPr>
      </w:pPr>
    </w:p>
    <w:p w14:paraId="7039A731" w14:textId="77777777" w:rsidR="00631568" w:rsidRPr="00F57085" w:rsidRDefault="000A5455">
      <w:pPr>
        <w:spacing w:after="60"/>
        <w:rPr>
          <w:rFonts w:cs="Arial"/>
          <w:sz w:val="22"/>
          <w:lang w:val="el-GR"/>
        </w:rPr>
      </w:pPr>
      <w:r w:rsidRPr="00F57085">
        <w:rPr>
          <w:rFonts w:cs="Arial"/>
          <w:sz w:val="22"/>
          <w:lang w:val="el-GR"/>
        </w:rPr>
        <w:t>Ο φάκελος τεχνικής προσφοράς θα περιλαμβάνει:</w:t>
      </w:r>
    </w:p>
    <w:p w14:paraId="6ED0077F" w14:textId="77777777" w:rsidR="00631568" w:rsidRPr="00F57085" w:rsidRDefault="000A5455">
      <w:pPr>
        <w:spacing w:after="60"/>
        <w:rPr>
          <w:rFonts w:cs="Arial"/>
          <w:sz w:val="22"/>
          <w:lang w:val="el-GR"/>
        </w:rPr>
      </w:pPr>
      <w:r w:rsidRPr="00185176">
        <w:rPr>
          <w:rFonts w:cs="Arial"/>
          <w:b/>
          <w:sz w:val="22"/>
          <w:lang w:val="el-GR"/>
        </w:rPr>
        <w:t>7.1</w:t>
      </w:r>
      <w:r w:rsidRPr="00F57085">
        <w:rPr>
          <w:rFonts w:cs="Arial"/>
          <w:sz w:val="22"/>
          <w:lang w:val="el-GR"/>
        </w:rPr>
        <w:t xml:space="preserve"> </w:t>
      </w:r>
      <w:r w:rsidR="00451C13">
        <w:rPr>
          <w:rFonts w:cs="Arial"/>
          <w:sz w:val="22"/>
          <w:lang w:val="el-GR"/>
        </w:rPr>
        <w:tab/>
      </w:r>
      <w:r w:rsidRPr="00F57085">
        <w:rPr>
          <w:rFonts w:cs="Arial"/>
          <w:sz w:val="22"/>
          <w:lang w:val="el-GR"/>
        </w:rPr>
        <w:t>Συμπληρωμένο φύλλο συμμόρφωσης προς κάθε παράγραφο της ΠΕΔ.</w:t>
      </w:r>
    </w:p>
    <w:p w14:paraId="3DBC875A" w14:textId="77777777" w:rsidR="00631568" w:rsidRPr="00F57085" w:rsidRDefault="000A5455">
      <w:pPr>
        <w:spacing w:after="60"/>
        <w:rPr>
          <w:rFonts w:cs="Arial"/>
          <w:sz w:val="22"/>
          <w:lang w:val="el-GR"/>
        </w:rPr>
      </w:pPr>
      <w:r w:rsidRPr="00185176">
        <w:rPr>
          <w:rFonts w:cs="Arial"/>
          <w:b/>
          <w:sz w:val="22"/>
          <w:lang w:val="el-GR"/>
        </w:rPr>
        <w:t>7.2</w:t>
      </w:r>
      <w:r w:rsidRPr="00F57085">
        <w:rPr>
          <w:rFonts w:cs="Arial"/>
          <w:sz w:val="22"/>
          <w:lang w:val="el-GR"/>
        </w:rPr>
        <w:t xml:space="preserve"> </w:t>
      </w:r>
      <w:r w:rsidR="00451C13">
        <w:rPr>
          <w:rFonts w:cs="Arial"/>
          <w:sz w:val="22"/>
          <w:lang w:val="el-GR"/>
        </w:rPr>
        <w:tab/>
      </w:r>
      <w:r w:rsidRPr="00F57085">
        <w:rPr>
          <w:rFonts w:cs="Arial"/>
          <w:sz w:val="22"/>
          <w:lang w:val="el-GR"/>
        </w:rPr>
        <w:t>Επίσημο τεχνικό φυλλάδιο και εγχειρίδιο του κατασκευαστή.</w:t>
      </w:r>
    </w:p>
    <w:p w14:paraId="04A1570C" w14:textId="77777777" w:rsidR="00631568" w:rsidRPr="00F57085" w:rsidRDefault="000A5455">
      <w:pPr>
        <w:spacing w:after="60"/>
        <w:rPr>
          <w:rFonts w:cs="Arial"/>
          <w:sz w:val="22"/>
          <w:lang w:val="el-GR"/>
        </w:rPr>
      </w:pPr>
      <w:r w:rsidRPr="00185176">
        <w:rPr>
          <w:rFonts w:cs="Arial"/>
          <w:b/>
          <w:sz w:val="22"/>
          <w:lang w:val="el-GR"/>
        </w:rPr>
        <w:t>7.3</w:t>
      </w:r>
      <w:r w:rsidRPr="00F57085">
        <w:rPr>
          <w:rFonts w:cs="Arial"/>
          <w:sz w:val="22"/>
          <w:lang w:val="el-GR"/>
        </w:rPr>
        <w:t xml:space="preserve"> </w:t>
      </w:r>
      <w:r w:rsidR="00451C13">
        <w:rPr>
          <w:rFonts w:cs="Arial"/>
          <w:sz w:val="22"/>
          <w:lang w:val="el-GR"/>
        </w:rPr>
        <w:tab/>
      </w:r>
      <w:r w:rsidRPr="00F57085">
        <w:rPr>
          <w:rFonts w:cs="Arial"/>
          <w:sz w:val="22"/>
          <w:lang w:val="el-GR"/>
        </w:rPr>
        <w:t xml:space="preserve">Δήλωση Συμμόρφωσης ΕΕ, στοιχεία </w:t>
      </w:r>
      <w:r w:rsidRPr="00F57085">
        <w:rPr>
          <w:rFonts w:cs="Arial"/>
          <w:sz w:val="22"/>
        </w:rPr>
        <w:t>CE</w:t>
      </w:r>
      <w:r w:rsidRPr="00F57085">
        <w:rPr>
          <w:rFonts w:cs="Arial"/>
          <w:sz w:val="22"/>
          <w:lang w:val="el-GR"/>
        </w:rPr>
        <w:t xml:space="preserve"> και τα απαιτούμενα πιστοποιητικά.</w:t>
      </w:r>
    </w:p>
    <w:p w14:paraId="3C95288C" w14:textId="77777777" w:rsidR="00631568" w:rsidRPr="00F57085" w:rsidRDefault="000A5455">
      <w:pPr>
        <w:spacing w:after="60"/>
        <w:rPr>
          <w:rFonts w:cs="Arial"/>
          <w:sz w:val="22"/>
          <w:lang w:val="el-GR"/>
        </w:rPr>
      </w:pPr>
      <w:r w:rsidRPr="00185176">
        <w:rPr>
          <w:rFonts w:cs="Arial"/>
          <w:b/>
          <w:sz w:val="22"/>
          <w:lang w:val="el-GR"/>
        </w:rPr>
        <w:t>7.4</w:t>
      </w:r>
      <w:r w:rsidRPr="00F57085">
        <w:rPr>
          <w:rFonts w:cs="Arial"/>
          <w:sz w:val="22"/>
          <w:lang w:val="el-GR"/>
        </w:rPr>
        <w:t xml:space="preserve"> </w:t>
      </w:r>
      <w:r w:rsidR="00451C13">
        <w:rPr>
          <w:rFonts w:cs="Arial"/>
          <w:sz w:val="22"/>
          <w:lang w:val="el-GR"/>
        </w:rPr>
        <w:tab/>
      </w:r>
      <w:r w:rsidRPr="00F57085">
        <w:rPr>
          <w:rFonts w:cs="Arial"/>
          <w:sz w:val="22"/>
          <w:lang w:val="el-GR"/>
        </w:rPr>
        <w:t>Αναλυτικό κατάλογο παρελκομένων που περιλαμβάνονται στην τιμή, καθώς και προαιρετικών παρελκομένων/αναλωσίμων με ξεχωριστές τιμές.</w:t>
      </w:r>
    </w:p>
    <w:p w14:paraId="41415DBF" w14:textId="77777777" w:rsidR="00631568" w:rsidRPr="00F57085" w:rsidRDefault="000A5455">
      <w:pPr>
        <w:spacing w:after="60"/>
        <w:rPr>
          <w:rFonts w:cs="Arial"/>
          <w:sz w:val="22"/>
          <w:lang w:val="el-GR"/>
        </w:rPr>
      </w:pPr>
      <w:r w:rsidRPr="00185176">
        <w:rPr>
          <w:rFonts w:cs="Arial"/>
          <w:b/>
          <w:sz w:val="22"/>
          <w:lang w:val="el-GR"/>
        </w:rPr>
        <w:t>7.5</w:t>
      </w:r>
      <w:r w:rsidRPr="00F57085">
        <w:rPr>
          <w:rFonts w:cs="Arial"/>
          <w:sz w:val="22"/>
          <w:lang w:val="el-GR"/>
        </w:rPr>
        <w:t xml:space="preserve"> </w:t>
      </w:r>
      <w:r w:rsidR="00451C13">
        <w:rPr>
          <w:rFonts w:cs="Arial"/>
          <w:sz w:val="22"/>
          <w:lang w:val="el-GR"/>
        </w:rPr>
        <w:tab/>
      </w:r>
      <w:r w:rsidRPr="00F57085">
        <w:rPr>
          <w:rFonts w:cs="Arial"/>
          <w:sz w:val="22"/>
          <w:lang w:val="el-GR"/>
        </w:rPr>
        <w:t>Δήλωση χρόνου παράδοσης, διάρκειας εγγύησης, τεχνικής υποστήριξης και διαθεσιμότητας ανταλλακτικών.</w:t>
      </w:r>
    </w:p>
    <w:p w14:paraId="03B64EE5" w14:textId="77777777" w:rsidR="00631568" w:rsidRPr="00F57085" w:rsidRDefault="000A5455">
      <w:pPr>
        <w:spacing w:after="60"/>
        <w:rPr>
          <w:rFonts w:cs="Arial"/>
          <w:sz w:val="22"/>
          <w:lang w:val="el-GR"/>
        </w:rPr>
      </w:pPr>
      <w:r w:rsidRPr="00185176">
        <w:rPr>
          <w:rFonts w:cs="Arial"/>
          <w:b/>
          <w:sz w:val="22"/>
          <w:lang w:val="el-GR"/>
        </w:rPr>
        <w:lastRenderedPageBreak/>
        <w:t>7.6</w:t>
      </w:r>
      <w:r w:rsidRPr="00F57085">
        <w:rPr>
          <w:rFonts w:cs="Arial"/>
          <w:sz w:val="22"/>
          <w:lang w:val="el-GR"/>
        </w:rPr>
        <w:t xml:space="preserve"> </w:t>
      </w:r>
      <w:r w:rsidR="00451C13">
        <w:rPr>
          <w:rFonts w:cs="Arial"/>
          <w:sz w:val="22"/>
          <w:lang w:val="el-GR"/>
        </w:rPr>
        <w:tab/>
      </w:r>
      <w:r w:rsidRPr="00F57085">
        <w:rPr>
          <w:rFonts w:cs="Arial"/>
          <w:sz w:val="22"/>
          <w:lang w:val="el-GR"/>
        </w:rPr>
        <w:t>Παραπομπές σε συγκεκριμένες σελίδες τεχνικών φυλλαδίων για κάθε τεχνική απαίτηση. Προσφορά χωρίς πλήρες φύλλο συμμόρφωσης δύναται να απορριφθεί σύμφωνα με τους όρους της διακήρυξης.</w:t>
      </w:r>
    </w:p>
    <w:p w14:paraId="03FD46E4" w14:textId="77777777" w:rsidR="00631568" w:rsidRPr="00185176" w:rsidRDefault="000A5455">
      <w:pPr>
        <w:pStyle w:val="1"/>
        <w:rPr>
          <w:rFonts w:ascii="Arial" w:hAnsi="Arial" w:cs="Arial"/>
          <w:color w:val="auto"/>
          <w:sz w:val="24"/>
          <w:szCs w:val="22"/>
          <w:lang w:val="el-GR"/>
        </w:rPr>
      </w:pPr>
      <w:r w:rsidRPr="00185176">
        <w:rPr>
          <w:rFonts w:ascii="Arial" w:hAnsi="Arial" w:cs="Arial"/>
          <w:color w:val="auto"/>
          <w:sz w:val="24"/>
          <w:szCs w:val="22"/>
          <w:lang w:val="el-GR"/>
        </w:rPr>
        <w:t xml:space="preserve">8. </w:t>
      </w:r>
      <w:r w:rsidR="00451C13" w:rsidRPr="00185176">
        <w:rPr>
          <w:rFonts w:ascii="Arial" w:hAnsi="Arial" w:cs="Arial"/>
          <w:color w:val="auto"/>
          <w:sz w:val="24"/>
          <w:szCs w:val="22"/>
          <w:lang w:val="el-GR"/>
        </w:rPr>
        <w:tab/>
      </w:r>
      <w:r w:rsidRPr="00185176">
        <w:rPr>
          <w:rFonts w:ascii="Arial" w:hAnsi="Arial" w:cs="Arial"/>
          <w:color w:val="auto"/>
          <w:sz w:val="24"/>
          <w:szCs w:val="22"/>
          <w:lang w:val="el-GR"/>
        </w:rPr>
        <w:t>ΠΡΟΤΑΣΕΙΣ ΒΕΛΤΙΩΣΗΣ ΤΕΧΝΙΚΗΣ ΠΡΟΔΙΑΓΡΑΦΗΣ</w:t>
      </w:r>
    </w:p>
    <w:p w14:paraId="3E9890EC" w14:textId="77777777" w:rsidR="00DF65C0" w:rsidRDefault="00DF65C0">
      <w:pPr>
        <w:rPr>
          <w:rFonts w:cs="Arial"/>
          <w:sz w:val="22"/>
          <w:lang w:val="el-GR"/>
        </w:rPr>
      </w:pPr>
    </w:p>
    <w:p w14:paraId="16948C09" w14:textId="77777777" w:rsidR="00DF65C0" w:rsidRPr="00DF65C0" w:rsidRDefault="00DF65C0" w:rsidP="00DF65C0">
      <w:pPr>
        <w:rPr>
          <w:rFonts w:cs="Arial"/>
          <w:sz w:val="22"/>
          <w:lang w:val="el-GR"/>
        </w:rPr>
      </w:pPr>
      <w:r w:rsidRPr="00DF65C0">
        <w:rPr>
          <w:rFonts w:cs="Arial"/>
          <w:sz w:val="22"/>
          <w:lang w:val="el-GR"/>
        </w:rPr>
        <w:t xml:space="preserve">Σχολιασμός της παρούσας Προδιαγραφής από κάθε ενδιαφερόμενο, για τη βελτίωσή της, μπορεί να γίνει στη διαδικτυακή τοποθεσία του ΓΕΕΘΑ, μέσω της ηλεκτρονικής εφαρμογής διαχείρισης ΠΕΔ, στη διαδικτυακή τοποθεσία </w:t>
      </w:r>
      <w:hyperlink r:id="rId8" w:history="1">
        <w:r w:rsidRPr="00DF65C0">
          <w:rPr>
            <w:rFonts w:cs="Arial"/>
            <w:color w:val="0000FF" w:themeColor="hyperlink"/>
            <w:sz w:val="22"/>
            <w:u w:val="single"/>
            <w:lang w:val="el-GR"/>
          </w:rPr>
          <w:t>https://prodiagrafes.army.gr</w:t>
        </w:r>
      </w:hyperlink>
      <w:r w:rsidRPr="00DF65C0">
        <w:rPr>
          <w:rFonts w:cs="Arial"/>
          <w:sz w:val="22"/>
          <w:lang w:val="el-GR"/>
        </w:rPr>
        <w:t>.</w:t>
      </w:r>
    </w:p>
    <w:p w14:paraId="3133E369" w14:textId="497F9589" w:rsidR="00631568" w:rsidRDefault="000A5455">
      <w:pPr>
        <w:rPr>
          <w:rFonts w:cs="Arial"/>
          <w:sz w:val="22"/>
          <w:lang w:val="el-GR"/>
        </w:rPr>
      </w:pPr>
      <w:r w:rsidRPr="00F57085">
        <w:rPr>
          <w:rFonts w:cs="Arial"/>
          <w:sz w:val="22"/>
          <w:lang w:val="el-GR"/>
        </w:rPr>
        <w:br w:type="page"/>
      </w:r>
    </w:p>
    <w:p w14:paraId="2EA807E4" w14:textId="77777777" w:rsidR="00621620" w:rsidRPr="00621620" w:rsidRDefault="00621620" w:rsidP="00621620">
      <w:pPr>
        <w:jc w:val="center"/>
        <w:rPr>
          <w:rFonts w:eastAsia="Calibri" w:cs="Arial"/>
          <w:b/>
          <w:sz w:val="22"/>
          <w:lang w:val="el-GR"/>
        </w:rPr>
      </w:pPr>
      <w:r w:rsidRPr="00621620">
        <w:rPr>
          <w:rFonts w:eastAsia="Calibri" w:cs="Arial"/>
          <w:b/>
          <w:sz w:val="22"/>
          <w:lang w:val="el-GR"/>
        </w:rPr>
        <w:lastRenderedPageBreak/>
        <w:t>ΠΡΟΣΘΗΚΗ Ι</w:t>
      </w:r>
    </w:p>
    <w:p w14:paraId="7F437A02" w14:textId="77777777" w:rsidR="00621620" w:rsidRPr="00621620" w:rsidRDefault="00621620" w:rsidP="00621620">
      <w:pPr>
        <w:jc w:val="center"/>
        <w:rPr>
          <w:rFonts w:eastAsia="Calibri" w:cs="Arial"/>
          <w:b/>
          <w:sz w:val="22"/>
          <w:lang w:val="el-GR"/>
        </w:rPr>
      </w:pPr>
      <w:r w:rsidRPr="00621620">
        <w:rPr>
          <w:rFonts w:eastAsia="Calibri" w:cs="Arial"/>
          <w:b/>
          <w:sz w:val="22"/>
          <w:lang w:val="el-GR"/>
        </w:rPr>
        <w:t>ΥΠΟΔΕΙΓΜΑ ΥΠΕΥΘΥΝΗΣ ΔΗΛΩΣΗΣ</w:t>
      </w:r>
    </w:p>
    <w:p w14:paraId="5AACAA2B" w14:textId="77777777" w:rsidR="00621620" w:rsidRPr="00621620" w:rsidRDefault="00621620" w:rsidP="00621620">
      <w:pPr>
        <w:keepNext/>
        <w:spacing w:after="0" w:line="240" w:lineRule="auto"/>
        <w:outlineLvl w:val="2"/>
        <w:rPr>
          <w:rFonts w:eastAsia="Times New Roman" w:cs="Arial"/>
          <w:bCs/>
          <w:sz w:val="16"/>
          <w:szCs w:val="24"/>
          <w:lang w:val="el-GR" w:eastAsia="el-GR"/>
        </w:rPr>
      </w:pPr>
    </w:p>
    <w:p w14:paraId="2D090ECF" w14:textId="77777777" w:rsidR="00621620" w:rsidRPr="00621620" w:rsidRDefault="00621620" w:rsidP="00621620">
      <w:pPr>
        <w:keepNext/>
        <w:spacing w:after="0" w:line="240" w:lineRule="auto"/>
        <w:jc w:val="center"/>
        <w:outlineLvl w:val="2"/>
        <w:rPr>
          <w:rFonts w:eastAsia="Times New Roman" w:cs="Arial"/>
          <w:b/>
          <w:bCs/>
          <w:sz w:val="28"/>
          <w:szCs w:val="24"/>
          <w:lang w:val="el-GR" w:eastAsia="el-GR"/>
        </w:rPr>
      </w:pPr>
      <w:r w:rsidRPr="00621620">
        <w:rPr>
          <w:rFonts w:eastAsia="Times New Roman" w:cs="Arial"/>
          <w:b/>
          <w:bCs/>
          <w:sz w:val="28"/>
          <w:szCs w:val="24"/>
          <w:lang w:val="el-GR" w:eastAsia="el-GR"/>
        </w:rPr>
        <w:t>ΥΠΕΥΘΥΝΗ ΔΗΛΩΣΗ</w:t>
      </w:r>
    </w:p>
    <w:p w14:paraId="4F89F736" w14:textId="77777777" w:rsidR="00621620" w:rsidRPr="00621620" w:rsidRDefault="00621620" w:rsidP="00621620">
      <w:pPr>
        <w:keepNext/>
        <w:spacing w:after="0" w:line="240" w:lineRule="auto"/>
        <w:jc w:val="center"/>
        <w:outlineLvl w:val="2"/>
        <w:rPr>
          <w:rFonts w:eastAsia="Times New Roman" w:cs="Arial"/>
          <w:b/>
          <w:bCs/>
          <w:sz w:val="24"/>
          <w:szCs w:val="24"/>
          <w:vertAlign w:val="superscript"/>
          <w:lang w:val="el-GR" w:eastAsia="el-GR"/>
        </w:rPr>
      </w:pPr>
      <w:r w:rsidRPr="00621620">
        <w:rPr>
          <w:rFonts w:eastAsia="Times New Roman" w:cs="Arial"/>
          <w:b/>
          <w:bCs/>
          <w:sz w:val="24"/>
          <w:szCs w:val="24"/>
          <w:vertAlign w:val="superscript"/>
          <w:lang w:val="el-GR" w:eastAsia="el-GR"/>
        </w:rPr>
        <w:t>(άρθρο 8 Ν.1599/1986)</w:t>
      </w:r>
    </w:p>
    <w:p w14:paraId="7ADDAE8D" w14:textId="77777777" w:rsidR="00621620" w:rsidRPr="00621620" w:rsidRDefault="00621620" w:rsidP="00621620">
      <w:pPr>
        <w:spacing w:after="0" w:line="240" w:lineRule="auto"/>
        <w:rPr>
          <w:rFonts w:ascii="Calibri" w:eastAsia="Calibri" w:hAnsi="Calibri" w:cs="Times New Roman"/>
          <w:sz w:val="22"/>
          <w:lang w:val="el-GR"/>
        </w:rPr>
      </w:pPr>
    </w:p>
    <w:p w14:paraId="257E528E" w14:textId="77777777" w:rsidR="00621620" w:rsidRPr="00621620" w:rsidRDefault="00621620" w:rsidP="00621620">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 w:val="18"/>
          <w:szCs w:val="24"/>
          <w:lang w:val="el-GR" w:eastAsia="el-GR"/>
        </w:rPr>
      </w:pPr>
      <w:r w:rsidRPr="00621620">
        <w:rPr>
          <w:rFonts w:ascii="Times New Roman" w:eastAsia="Times New Roman" w:hAnsi="Times New Roman" w:cs="Times New Roman"/>
          <w:sz w:val="18"/>
          <w:szCs w:val="24"/>
          <w:lang w:val="el-GR" w:eastAsia="el-GR"/>
        </w:rPr>
        <w:t>Η ακρίβεια των στοιχείων που υποβάλλονται με αυτή τη δήλωση μπορεί να ελεγχθεί με βάση το αρχείο άλλων υπηρεσιών (άρθρο 8,</w:t>
      </w:r>
    </w:p>
    <w:p w14:paraId="7A31EAD3" w14:textId="77777777" w:rsidR="00621620" w:rsidRPr="00621620" w:rsidRDefault="00621620" w:rsidP="00621620">
      <w:pPr>
        <w:pBdr>
          <w:top w:val="single" w:sz="4" w:space="1" w:color="auto"/>
          <w:left w:val="single" w:sz="4" w:space="4" w:color="auto"/>
          <w:bottom w:val="single" w:sz="4" w:space="1" w:color="auto"/>
          <w:right w:val="single" w:sz="4" w:space="7" w:color="auto"/>
        </w:pBdr>
        <w:spacing w:after="0" w:line="240" w:lineRule="auto"/>
        <w:ind w:right="139"/>
        <w:jc w:val="center"/>
        <w:rPr>
          <w:rFonts w:ascii="Times New Roman" w:eastAsia="Times New Roman" w:hAnsi="Times New Roman" w:cs="Times New Roman"/>
          <w:sz w:val="18"/>
          <w:szCs w:val="24"/>
          <w:lang w:val="el-GR" w:eastAsia="el-GR"/>
        </w:rPr>
      </w:pPr>
      <w:r w:rsidRPr="00621620">
        <w:rPr>
          <w:rFonts w:ascii="Times New Roman" w:eastAsia="Times New Roman" w:hAnsi="Times New Roman" w:cs="Times New Roman"/>
          <w:sz w:val="18"/>
          <w:szCs w:val="24"/>
          <w:lang w:val="el-GR" w:eastAsia="el-GR"/>
        </w:rPr>
        <w:t>παρ. 4 Ν. 1599/1986)</w:t>
      </w:r>
    </w:p>
    <w:p w14:paraId="680A874D" w14:textId="77777777" w:rsidR="00621620" w:rsidRPr="00621620" w:rsidRDefault="00621620" w:rsidP="00621620">
      <w:pPr>
        <w:spacing w:after="120" w:line="240" w:lineRule="auto"/>
        <w:rPr>
          <w:rFonts w:eastAsia="Times New Roman" w:cs="Arial"/>
          <w:sz w:val="22"/>
          <w:szCs w:val="24"/>
          <w:lang w:val="el-GR" w:eastAsia="el-GR"/>
        </w:rPr>
      </w:pPr>
    </w:p>
    <w:p w14:paraId="76F58F7A" w14:textId="77777777" w:rsidR="00621620" w:rsidRPr="00621620" w:rsidRDefault="00621620" w:rsidP="00621620">
      <w:pPr>
        <w:rPr>
          <w:rFonts w:eastAsia="Calibri" w:cs="Times New Roman"/>
          <w:sz w:val="20"/>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621620" w:rsidRPr="00621620" w14:paraId="1AF93DD0" w14:textId="77777777" w:rsidTr="000A5455">
        <w:trPr>
          <w:gridAfter w:val="1"/>
          <w:wAfter w:w="6" w:type="dxa"/>
          <w:cantSplit/>
          <w:trHeight w:val="415"/>
        </w:trPr>
        <w:tc>
          <w:tcPr>
            <w:tcW w:w="1368" w:type="dxa"/>
          </w:tcPr>
          <w:p w14:paraId="458E3AD9" w14:textId="77777777" w:rsidR="00621620" w:rsidRPr="00621620" w:rsidRDefault="00621620" w:rsidP="00621620">
            <w:pPr>
              <w:spacing w:before="240"/>
              <w:ind w:right="-6878"/>
              <w:rPr>
                <w:rFonts w:eastAsia="Calibri" w:cs="Times New Roman"/>
                <w:sz w:val="20"/>
                <w:lang w:val="el-GR"/>
              </w:rPr>
            </w:pPr>
            <w:r w:rsidRPr="00621620">
              <w:rPr>
                <w:rFonts w:eastAsia="Calibri" w:cs="Times New Roman"/>
                <w:sz w:val="20"/>
                <w:lang w:val="el-GR"/>
              </w:rPr>
              <w:t>ΠΡΟΣ</w:t>
            </w:r>
            <w:r w:rsidRPr="00621620">
              <w:rPr>
                <w:rFonts w:eastAsia="Calibri" w:cs="Times New Roman"/>
                <w:sz w:val="20"/>
                <w:vertAlign w:val="superscript"/>
                <w:lang w:val="el-GR"/>
              </w:rPr>
              <w:t>(1)</w:t>
            </w:r>
            <w:r w:rsidRPr="00621620">
              <w:rPr>
                <w:rFonts w:eastAsia="Calibri" w:cs="Times New Roman"/>
                <w:sz w:val="20"/>
                <w:lang w:val="el-GR"/>
              </w:rPr>
              <w:t>:</w:t>
            </w:r>
          </w:p>
        </w:tc>
        <w:tc>
          <w:tcPr>
            <w:tcW w:w="9000" w:type="dxa"/>
            <w:gridSpan w:val="15"/>
            <w:vAlign w:val="center"/>
          </w:tcPr>
          <w:p w14:paraId="7C7476A9" w14:textId="77777777" w:rsidR="00621620" w:rsidRPr="00621620" w:rsidRDefault="00621620" w:rsidP="00621620">
            <w:pPr>
              <w:ind w:right="-6878"/>
              <w:rPr>
                <w:rFonts w:eastAsia="Calibri" w:cs="Arial"/>
                <w:b/>
                <w:sz w:val="22"/>
                <w:lang w:val="el-GR"/>
              </w:rPr>
            </w:pPr>
          </w:p>
        </w:tc>
      </w:tr>
      <w:tr w:rsidR="00621620" w:rsidRPr="00621620" w14:paraId="0BD78424" w14:textId="77777777" w:rsidTr="000A5455">
        <w:trPr>
          <w:gridAfter w:val="1"/>
          <w:wAfter w:w="6" w:type="dxa"/>
          <w:cantSplit/>
          <w:trHeight w:val="415"/>
        </w:trPr>
        <w:tc>
          <w:tcPr>
            <w:tcW w:w="1368" w:type="dxa"/>
          </w:tcPr>
          <w:p w14:paraId="66C51752" w14:textId="77777777" w:rsidR="00621620" w:rsidRPr="00621620" w:rsidRDefault="00621620" w:rsidP="00621620">
            <w:pPr>
              <w:spacing w:before="240"/>
              <w:ind w:right="-6878"/>
              <w:rPr>
                <w:rFonts w:eastAsia="Calibri" w:cs="Times New Roman"/>
                <w:sz w:val="16"/>
                <w:lang w:val="el-GR"/>
              </w:rPr>
            </w:pPr>
            <w:r w:rsidRPr="00621620">
              <w:rPr>
                <w:rFonts w:eastAsia="Calibri" w:cs="Times New Roman"/>
                <w:sz w:val="16"/>
                <w:lang w:val="el-GR"/>
              </w:rPr>
              <w:t>Ο – Η Όνομα:</w:t>
            </w:r>
          </w:p>
        </w:tc>
        <w:tc>
          <w:tcPr>
            <w:tcW w:w="3749" w:type="dxa"/>
            <w:gridSpan w:val="6"/>
            <w:vAlign w:val="center"/>
          </w:tcPr>
          <w:p w14:paraId="321C9EEC" w14:textId="77777777" w:rsidR="00621620" w:rsidRPr="00621620" w:rsidRDefault="00621620" w:rsidP="00621620">
            <w:pPr>
              <w:ind w:right="-6878"/>
              <w:rPr>
                <w:rFonts w:eastAsia="Calibri" w:cs="Arial"/>
                <w:b/>
                <w:sz w:val="22"/>
              </w:rPr>
            </w:pPr>
          </w:p>
        </w:tc>
        <w:tc>
          <w:tcPr>
            <w:tcW w:w="1080" w:type="dxa"/>
            <w:gridSpan w:val="3"/>
          </w:tcPr>
          <w:p w14:paraId="0F09A06D" w14:textId="77777777" w:rsidR="00621620" w:rsidRPr="00621620" w:rsidRDefault="00621620" w:rsidP="00621620">
            <w:pPr>
              <w:spacing w:before="240"/>
              <w:ind w:right="-6878"/>
              <w:rPr>
                <w:rFonts w:eastAsia="Calibri" w:cs="Times New Roman"/>
                <w:sz w:val="16"/>
                <w:lang w:val="el-GR"/>
              </w:rPr>
            </w:pPr>
            <w:r w:rsidRPr="00621620">
              <w:rPr>
                <w:rFonts w:eastAsia="Calibri" w:cs="Times New Roman"/>
                <w:sz w:val="16"/>
                <w:lang w:val="el-GR"/>
              </w:rPr>
              <w:t>Επώνυμο:</w:t>
            </w:r>
          </w:p>
        </w:tc>
        <w:tc>
          <w:tcPr>
            <w:tcW w:w="4171" w:type="dxa"/>
            <w:gridSpan w:val="6"/>
            <w:vAlign w:val="center"/>
          </w:tcPr>
          <w:p w14:paraId="7F5C1D28" w14:textId="77777777" w:rsidR="00621620" w:rsidRPr="00621620" w:rsidRDefault="00621620" w:rsidP="00621620">
            <w:pPr>
              <w:ind w:right="-6878"/>
              <w:rPr>
                <w:rFonts w:eastAsia="Calibri" w:cs="Arial"/>
                <w:b/>
                <w:sz w:val="22"/>
              </w:rPr>
            </w:pPr>
          </w:p>
        </w:tc>
      </w:tr>
      <w:tr w:rsidR="00621620" w:rsidRPr="00621620" w14:paraId="7359226D" w14:textId="77777777" w:rsidTr="000A5455">
        <w:trPr>
          <w:gridAfter w:val="1"/>
          <w:wAfter w:w="6" w:type="dxa"/>
          <w:cantSplit/>
          <w:trHeight w:val="99"/>
        </w:trPr>
        <w:tc>
          <w:tcPr>
            <w:tcW w:w="2448" w:type="dxa"/>
            <w:gridSpan w:val="4"/>
          </w:tcPr>
          <w:p w14:paraId="65F50F40"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 xml:space="preserve">Όνομα και Επώνυμο Πατέρα: </w:t>
            </w:r>
          </w:p>
        </w:tc>
        <w:tc>
          <w:tcPr>
            <w:tcW w:w="7920" w:type="dxa"/>
            <w:gridSpan w:val="12"/>
            <w:vAlign w:val="center"/>
          </w:tcPr>
          <w:p w14:paraId="0556F09B" w14:textId="77777777" w:rsidR="00621620" w:rsidRPr="00621620" w:rsidRDefault="00621620" w:rsidP="00621620">
            <w:pPr>
              <w:ind w:right="-6878"/>
              <w:rPr>
                <w:rFonts w:eastAsia="Calibri" w:cs="Arial"/>
                <w:sz w:val="20"/>
                <w:szCs w:val="20"/>
              </w:rPr>
            </w:pPr>
          </w:p>
        </w:tc>
      </w:tr>
      <w:tr w:rsidR="00621620" w:rsidRPr="00621620" w14:paraId="7B564518" w14:textId="77777777" w:rsidTr="000A5455">
        <w:trPr>
          <w:gridAfter w:val="1"/>
          <w:wAfter w:w="6" w:type="dxa"/>
          <w:cantSplit/>
          <w:trHeight w:val="99"/>
        </w:trPr>
        <w:tc>
          <w:tcPr>
            <w:tcW w:w="2448" w:type="dxa"/>
            <w:gridSpan w:val="4"/>
          </w:tcPr>
          <w:p w14:paraId="3D8AB1AC"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Όνομα και Επώνυμο Μητέρας:</w:t>
            </w:r>
          </w:p>
        </w:tc>
        <w:tc>
          <w:tcPr>
            <w:tcW w:w="7920" w:type="dxa"/>
            <w:gridSpan w:val="12"/>
            <w:vAlign w:val="center"/>
          </w:tcPr>
          <w:p w14:paraId="0CCEF9EA" w14:textId="77777777" w:rsidR="00621620" w:rsidRPr="00621620" w:rsidRDefault="00621620" w:rsidP="00621620">
            <w:pPr>
              <w:ind w:right="-6878"/>
              <w:rPr>
                <w:rFonts w:eastAsia="Calibri" w:cs="Arial"/>
                <w:sz w:val="20"/>
                <w:szCs w:val="20"/>
              </w:rPr>
            </w:pPr>
          </w:p>
        </w:tc>
      </w:tr>
      <w:tr w:rsidR="00621620" w:rsidRPr="00621620" w14:paraId="4C30AA52" w14:textId="77777777" w:rsidTr="000A5455">
        <w:trPr>
          <w:gridAfter w:val="1"/>
          <w:wAfter w:w="6" w:type="dxa"/>
          <w:cantSplit/>
        </w:trPr>
        <w:tc>
          <w:tcPr>
            <w:tcW w:w="2448" w:type="dxa"/>
            <w:gridSpan w:val="4"/>
          </w:tcPr>
          <w:p w14:paraId="37A5A7AD" w14:textId="77777777" w:rsidR="00621620" w:rsidRPr="00621620" w:rsidRDefault="00621620" w:rsidP="00621620">
            <w:pPr>
              <w:spacing w:before="240"/>
              <w:ind w:right="-2332"/>
              <w:rPr>
                <w:rFonts w:eastAsia="Calibri" w:cs="Times New Roman"/>
                <w:sz w:val="16"/>
                <w:lang w:val="el-GR"/>
              </w:rPr>
            </w:pPr>
            <w:r w:rsidRPr="00621620">
              <w:rPr>
                <w:rFonts w:eastAsia="Calibri" w:cs="Times New Roman"/>
                <w:sz w:val="16"/>
                <w:lang w:val="el-GR"/>
              </w:rPr>
              <w:t>Ημερομηνία γέννησης</w:t>
            </w:r>
            <w:r w:rsidRPr="00621620">
              <w:rPr>
                <w:rFonts w:eastAsia="Calibri" w:cs="Times New Roman"/>
                <w:sz w:val="16"/>
                <w:vertAlign w:val="superscript"/>
                <w:lang w:val="el-GR"/>
              </w:rPr>
              <w:t>(2)</w:t>
            </w:r>
            <w:r w:rsidRPr="00621620">
              <w:rPr>
                <w:rFonts w:eastAsia="Calibri" w:cs="Times New Roman"/>
                <w:sz w:val="16"/>
                <w:lang w:val="el-GR"/>
              </w:rPr>
              <w:t xml:space="preserve">: </w:t>
            </w:r>
          </w:p>
        </w:tc>
        <w:tc>
          <w:tcPr>
            <w:tcW w:w="7920" w:type="dxa"/>
            <w:gridSpan w:val="12"/>
            <w:vAlign w:val="center"/>
          </w:tcPr>
          <w:p w14:paraId="691E585C" w14:textId="77777777" w:rsidR="00621620" w:rsidRPr="00621620" w:rsidRDefault="00621620" w:rsidP="00621620">
            <w:pPr>
              <w:ind w:right="-6878"/>
              <w:rPr>
                <w:rFonts w:eastAsia="Calibri" w:cs="Arial"/>
                <w:sz w:val="20"/>
                <w:szCs w:val="20"/>
              </w:rPr>
            </w:pPr>
          </w:p>
        </w:tc>
      </w:tr>
      <w:tr w:rsidR="00621620" w:rsidRPr="00621620" w14:paraId="7F9094AA" w14:textId="77777777" w:rsidTr="000A5455">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0202F105"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45E50F81" w14:textId="77777777" w:rsidR="00621620" w:rsidRPr="00621620" w:rsidRDefault="00621620" w:rsidP="00621620">
            <w:pPr>
              <w:ind w:right="-6878"/>
              <w:rPr>
                <w:rFonts w:eastAsia="Calibri" w:cs="Arial"/>
                <w:sz w:val="20"/>
                <w:szCs w:val="20"/>
              </w:rPr>
            </w:pPr>
          </w:p>
        </w:tc>
      </w:tr>
      <w:tr w:rsidR="00621620" w:rsidRPr="00621620" w14:paraId="0A0CB527" w14:textId="77777777" w:rsidTr="000A5455">
        <w:trPr>
          <w:gridAfter w:val="1"/>
          <w:wAfter w:w="6" w:type="dxa"/>
          <w:cantSplit/>
        </w:trPr>
        <w:tc>
          <w:tcPr>
            <w:tcW w:w="2448" w:type="dxa"/>
            <w:gridSpan w:val="4"/>
          </w:tcPr>
          <w:p w14:paraId="68A43591"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Αριθμός Δελτίου Ταυτότητας:</w:t>
            </w:r>
          </w:p>
        </w:tc>
        <w:tc>
          <w:tcPr>
            <w:tcW w:w="3029" w:type="dxa"/>
            <w:gridSpan w:val="4"/>
            <w:vAlign w:val="center"/>
          </w:tcPr>
          <w:p w14:paraId="7EA7E698" w14:textId="77777777" w:rsidR="00621620" w:rsidRPr="00621620" w:rsidRDefault="00621620" w:rsidP="00621620">
            <w:pPr>
              <w:ind w:right="-6878"/>
              <w:rPr>
                <w:rFonts w:eastAsia="Calibri" w:cs="Arial"/>
                <w:sz w:val="20"/>
                <w:szCs w:val="20"/>
              </w:rPr>
            </w:pPr>
          </w:p>
        </w:tc>
        <w:tc>
          <w:tcPr>
            <w:tcW w:w="720" w:type="dxa"/>
            <w:gridSpan w:val="2"/>
          </w:tcPr>
          <w:p w14:paraId="0A465D24"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Τηλ:</w:t>
            </w:r>
          </w:p>
        </w:tc>
        <w:tc>
          <w:tcPr>
            <w:tcW w:w="4171" w:type="dxa"/>
            <w:gridSpan w:val="6"/>
            <w:vAlign w:val="center"/>
          </w:tcPr>
          <w:p w14:paraId="486FF4BC" w14:textId="77777777" w:rsidR="00621620" w:rsidRPr="00621620" w:rsidRDefault="00621620" w:rsidP="00621620">
            <w:pPr>
              <w:ind w:right="-6878"/>
              <w:rPr>
                <w:rFonts w:eastAsia="Calibri" w:cs="Arial"/>
                <w:sz w:val="20"/>
                <w:szCs w:val="20"/>
              </w:rPr>
            </w:pPr>
          </w:p>
        </w:tc>
      </w:tr>
      <w:tr w:rsidR="00621620" w:rsidRPr="00621620" w14:paraId="674999A6" w14:textId="77777777" w:rsidTr="000A5455">
        <w:trPr>
          <w:gridAfter w:val="1"/>
          <w:wAfter w:w="6" w:type="dxa"/>
          <w:cantSplit/>
        </w:trPr>
        <w:tc>
          <w:tcPr>
            <w:tcW w:w="1697" w:type="dxa"/>
            <w:gridSpan w:val="2"/>
          </w:tcPr>
          <w:p w14:paraId="248E5F61"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Τόπος Κατοικίας:</w:t>
            </w:r>
          </w:p>
        </w:tc>
        <w:tc>
          <w:tcPr>
            <w:tcW w:w="2380" w:type="dxa"/>
            <w:gridSpan w:val="3"/>
            <w:vAlign w:val="center"/>
          </w:tcPr>
          <w:p w14:paraId="04EDC749" w14:textId="77777777" w:rsidR="00621620" w:rsidRPr="00621620" w:rsidRDefault="00621620" w:rsidP="00621620">
            <w:pPr>
              <w:ind w:right="-6878"/>
              <w:rPr>
                <w:rFonts w:eastAsia="Calibri" w:cs="Arial"/>
                <w:sz w:val="20"/>
                <w:szCs w:val="20"/>
              </w:rPr>
            </w:pPr>
          </w:p>
        </w:tc>
        <w:tc>
          <w:tcPr>
            <w:tcW w:w="709" w:type="dxa"/>
          </w:tcPr>
          <w:p w14:paraId="3102F417"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Οδός:</w:t>
            </w:r>
          </w:p>
        </w:tc>
        <w:tc>
          <w:tcPr>
            <w:tcW w:w="2491" w:type="dxa"/>
            <w:gridSpan w:val="6"/>
            <w:vAlign w:val="center"/>
          </w:tcPr>
          <w:p w14:paraId="595AF583" w14:textId="77777777" w:rsidR="00621620" w:rsidRPr="00621620" w:rsidRDefault="00621620" w:rsidP="00621620">
            <w:pPr>
              <w:ind w:right="-6878"/>
              <w:rPr>
                <w:rFonts w:eastAsia="Calibri" w:cs="Arial"/>
                <w:sz w:val="20"/>
                <w:szCs w:val="20"/>
              </w:rPr>
            </w:pPr>
          </w:p>
        </w:tc>
        <w:tc>
          <w:tcPr>
            <w:tcW w:w="720" w:type="dxa"/>
          </w:tcPr>
          <w:p w14:paraId="118996A8"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Αριθ:</w:t>
            </w:r>
          </w:p>
        </w:tc>
        <w:tc>
          <w:tcPr>
            <w:tcW w:w="540" w:type="dxa"/>
            <w:vAlign w:val="center"/>
          </w:tcPr>
          <w:p w14:paraId="66656C5E" w14:textId="77777777" w:rsidR="00621620" w:rsidRPr="00621620" w:rsidRDefault="00621620" w:rsidP="00621620">
            <w:pPr>
              <w:ind w:right="-6878"/>
              <w:rPr>
                <w:rFonts w:eastAsia="Calibri" w:cs="Arial"/>
                <w:sz w:val="20"/>
                <w:szCs w:val="20"/>
              </w:rPr>
            </w:pPr>
          </w:p>
        </w:tc>
        <w:tc>
          <w:tcPr>
            <w:tcW w:w="540" w:type="dxa"/>
          </w:tcPr>
          <w:p w14:paraId="5BFB3AF9"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ΤΚ:</w:t>
            </w:r>
          </w:p>
        </w:tc>
        <w:tc>
          <w:tcPr>
            <w:tcW w:w="1291" w:type="dxa"/>
            <w:vAlign w:val="center"/>
          </w:tcPr>
          <w:p w14:paraId="501240B7" w14:textId="77777777" w:rsidR="00621620" w:rsidRPr="00621620" w:rsidRDefault="00621620" w:rsidP="00621620">
            <w:pPr>
              <w:ind w:right="-6878"/>
              <w:rPr>
                <w:rFonts w:eastAsia="Calibri" w:cs="Arial"/>
                <w:sz w:val="20"/>
                <w:szCs w:val="20"/>
              </w:rPr>
            </w:pPr>
          </w:p>
        </w:tc>
      </w:tr>
      <w:tr w:rsidR="00621620" w:rsidRPr="0088511D" w14:paraId="2AA76E1B" w14:textId="77777777" w:rsidTr="000A5455">
        <w:trPr>
          <w:cantSplit/>
          <w:trHeight w:val="520"/>
        </w:trPr>
        <w:tc>
          <w:tcPr>
            <w:tcW w:w="2355" w:type="dxa"/>
            <w:gridSpan w:val="3"/>
            <w:vAlign w:val="bottom"/>
          </w:tcPr>
          <w:p w14:paraId="0D986819" w14:textId="77777777" w:rsidR="00621620" w:rsidRPr="00621620" w:rsidRDefault="00621620" w:rsidP="00621620">
            <w:pPr>
              <w:spacing w:before="240"/>
              <w:rPr>
                <w:rFonts w:eastAsia="Calibri" w:cs="Times New Roman"/>
                <w:sz w:val="16"/>
                <w:lang w:val="el-GR"/>
              </w:rPr>
            </w:pPr>
            <w:r w:rsidRPr="00621620">
              <w:rPr>
                <w:rFonts w:eastAsia="Calibri" w:cs="Times New Roman"/>
                <w:sz w:val="16"/>
                <w:lang w:val="el-GR"/>
              </w:rPr>
              <w:t>Αρ. Τηλεομοιοτύπου (</w:t>
            </w:r>
            <w:r w:rsidRPr="00621620">
              <w:rPr>
                <w:rFonts w:eastAsia="Calibri" w:cs="Times New Roman"/>
                <w:sz w:val="16"/>
              </w:rPr>
              <w:t>Fax</w:t>
            </w:r>
            <w:r w:rsidRPr="00621620">
              <w:rPr>
                <w:rFonts w:eastAsia="Calibri" w:cs="Times New Roman"/>
                <w:sz w:val="16"/>
                <w:lang w:val="el-GR"/>
              </w:rPr>
              <w:t>):</w:t>
            </w:r>
          </w:p>
        </w:tc>
        <w:tc>
          <w:tcPr>
            <w:tcW w:w="3153" w:type="dxa"/>
            <w:gridSpan w:val="6"/>
            <w:vAlign w:val="center"/>
          </w:tcPr>
          <w:p w14:paraId="2ADE450D" w14:textId="77777777" w:rsidR="00621620" w:rsidRPr="00621620" w:rsidRDefault="00621620" w:rsidP="00621620">
            <w:pPr>
              <w:ind w:right="-6878"/>
              <w:rPr>
                <w:rFonts w:eastAsia="Calibri" w:cs="Arial"/>
                <w:sz w:val="20"/>
                <w:szCs w:val="20"/>
              </w:rPr>
            </w:pPr>
          </w:p>
        </w:tc>
        <w:tc>
          <w:tcPr>
            <w:tcW w:w="1440" w:type="dxa"/>
            <w:gridSpan w:val="2"/>
            <w:vAlign w:val="bottom"/>
          </w:tcPr>
          <w:p w14:paraId="2C0BBF84" w14:textId="77777777" w:rsidR="00621620" w:rsidRPr="00621620" w:rsidRDefault="00621620" w:rsidP="00621620">
            <w:pPr>
              <w:rPr>
                <w:rFonts w:eastAsia="Calibri" w:cs="Times New Roman"/>
                <w:sz w:val="16"/>
                <w:lang w:val="el-GR"/>
              </w:rPr>
            </w:pPr>
            <w:r w:rsidRPr="00621620">
              <w:rPr>
                <w:rFonts w:eastAsia="Calibri" w:cs="Times New Roman"/>
                <w:sz w:val="16"/>
                <w:lang w:val="el-GR"/>
              </w:rPr>
              <w:t>Δ/νση Ηλεκτρ. Ταχυδρομείου</w:t>
            </w:r>
          </w:p>
          <w:p w14:paraId="59BF02D8" w14:textId="77777777" w:rsidR="00621620" w:rsidRPr="00621620" w:rsidRDefault="00621620" w:rsidP="00621620">
            <w:pPr>
              <w:rPr>
                <w:rFonts w:eastAsia="Calibri" w:cs="Times New Roman"/>
                <w:sz w:val="16"/>
                <w:lang w:val="el-GR"/>
              </w:rPr>
            </w:pPr>
            <w:r w:rsidRPr="00621620">
              <w:rPr>
                <w:rFonts w:eastAsia="Calibri" w:cs="Times New Roman"/>
                <w:sz w:val="16"/>
                <w:lang w:val="el-GR"/>
              </w:rPr>
              <w:t>(Ε-</w:t>
            </w:r>
            <w:r w:rsidRPr="00621620">
              <w:rPr>
                <w:rFonts w:eastAsia="Calibri" w:cs="Times New Roman"/>
                <w:sz w:val="16"/>
              </w:rPr>
              <w:t>mail</w:t>
            </w:r>
            <w:r w:rsidRPr="00621620">
              <w:rPr>
                <w:rFonts w:eastAsia="Calibri" w:cs="Times New Roman"/>
                <w:sz w:val="16"/>
                <w:lang w:val="el-GR"/>
              </w:rPr>
              <w:t>):</w:t>
            </w:r>
          </w:p>
        </w:tc>
        <w:tc>
          <w:tcPr>
            <w:tcW w:w="3426" w:type="dxa"/>
            <w:gridSpan w:val="6"/>
            <w:vAlign w:val="center"/>
          </w:tcPr>
          <w:p w14:paraId="0FDCF4C9" w14:textId="77777777" w:rsidR="00621620" w:rsidRPr="00621620" w:rsidRDefault="00621620" w:rsidP="00621620">
            <w:pPr>
              <w:ind w:right="-6878"/>
              <w:rPr>
                <w:rFonts w:eastAsia="Calibri" w:cs="Arial"/>
                <w:sz w:val="20"/>
                <w:szCs w:val="20"/>
                <w:lang w:val="el-GR"/>
              </w:rPr>
            </w:pPr>
          </w:p>
        </w:tc>
      </w:tr>
    </w:tbl>
    <w:p w14:paraId="7437C64A" w14:textId="77777777" w:rsidR="00621620" w:rsidRPr="00621620" w:rsidRDefault="00621620" w:rsidP="00621620">
      <w:pPr>
        <w:rPr>
          <w:rFonts w:eastAsia="Calibri" w:cs="Times New Roman"/>
          <w:sz w:val="18"/>
          <w:lang w:val="el-GR"/>
        </w:rPr>
      </w:pPr>
    </w:p>
    <w:p w14:paraId="1ABF05D6" w14:textId="77777777" w:rsidR="00621620" w:rsidRPr="00621620" w:rsidRDefault="00621620" w:rsidP="00621620">
      <w:pPr>
        <w:rPr>
          <w:rFonts w:eastAsia="Calibri" w:cs="Times New Roman"/>
          <w:sz w:val="18"/>
          <w:lang w:val="el-GR"/>
        </w:rPr>
      </w:pPr>
      <w:r w:rsidRPr="00621620">
        <w:rPr>
          <w:rFonts w:eastAsia="Calibri" w:cs="Times New Roman"/>
          <w:sz w:val="18"/>
          <w:lang w:val="el-GR"/>
        </w:rPr>
        <w:t xml:space="preserve">Με ατομική μου ευθύνη και γνωρίζοντας τις κυρώσεις, που προβλέπονται από τις διατάξεις της παρ.6 του άρθρου 22. του Ν.1599/1986, δηλώνω ότι είμαι νόμιμος εκπρόσωπος της ………………(3)……………και εξουσιοδοτημένος σύμφωνα με το …………………. για υπογραφή σχετικών συμβάσεων και για το προσφερόμενο…………………………(4) ……………. : </w:t>
      </w:r>
    </w:p>
    <w:p w14:paraId="2D4FAD72" w14:textId="77777777" w:rsidR="00621620" w:rsidRPr="00621620" w:rsidRDefault="00621620" w:rsidP="00621620">
      <w:pPr>
        <w:rPr>
          <w:rFonts w:eastAsia="Calibri" w:cs="Arial"/>
          <w:sz w:val="22"/>
          <w:lang w:val="el-GR"/>
        </w:rPr>
      </w:pPr>
      <w:r w:rsidRPr="00621620">
        <w:rPr>
          <w:rFonts w:eastAsia="Calibri" w:cs="Arial"/>
          <w:sz w:val="22"/>
          <w:lang w:val="el-GR"/>
        </w:rPr>
        <w:t xml:space="preserve">α. Ο χρόνος εγγύησης του προσφερόμενου υλικού………… είναι …(5)..… από την ημερομηνία οριστικής παραλαβής και αποδέχομαι τα καθοριζόμενα στην παράγραφο 4.7 της Τεχνικής Προδιαγραφής που αφορούν τις υπηρεσίες υποστήριξης του προσφερόμενου υλικού. </w:t>
      </w:r>
    </w:p>
    <w:p w14:paraId="64BDCBEC" w14:textId="77777777" w:rsidR="00621620" w:rsidRPr="00621620" w:rsidRDefault="00621620" w:rsidP="00621620">
      <w:pPr>
        <w:rPr>
          <w:rFonts w:eastAsia="Calibri" w:cs="Arial"/>
          <w:sz w:val="22"/>
          <w:lang w:val="el-GR"/>
        </w:rPr>
      </w:pPr>
      <w:r w:rsidRPr="00621620">
        <w:rPr>
          <w:rFonts w:eastAsia="Calibri" w:cs="Arial"/>
          <w:sz w:val="22"/>
          <w:lang w:val="el-GR"/>
        </w:rPr>
        <w:t xml:space="preserve">β. Η δυνατότητα υποστήριξης του προσφερόμενου υλικού………………. σε ανταλλακτικά είναι για ……………(6)….. ………. </w:t>
      </w:r>
    </w:p>
    <w:p w14:paraId="604510F2" w14:textId="77777777" w:rsidR="00621620" w:rsidRPr="00621620" w:rsidRDefault="00621620" w:rsidP="00621620">
      <w:pPr>
        <w:rPr>
          <w:rFonts w:eastAsia="Calibri" w:cs="Arial"/>
          <w:sz w:val="22"/>
          <w:lang w:val="el-GR"/>
        </w:rPr>
      </w:pPr>
      <w:r w:rsidRPr="00621620">
        <w:rPr>
          <w:rFonts w:eastAsia="Calibri" w:cs="Arial"/>
          <w:sz w:val="22"/>
          <w:lang w:val="el-GR"/>
        </w:rPr>
        <w:t xml:space="preserve">γ. Η συχνότητα επανάληψης της περιοδικής-προληπτικής συντήρησης (SERVICE) του …………(για κάθε υλικό που απαρτίζει το προσφερόμενο είδος)…………………… πραγματοποιείται κάθε ……………… ……………(7)…………… </w:t>
      </w:r>
    </w:p>
    <w:p w14:paraId="54A8098D" w14:textId="77777777" w:rsidR="00621620" w:rsidRPr="00621620" w:rsidRDefault="00621620" w:rsidP="00621620">
      <w:pPr>
        <w:rPr>
          <w:rFonts w:eastAsia="Calibri" w:cs="Arial"/>
          <w:sz w:val="22"/>
          <w:lang w:val="el-GR"/>
        </w:rPr>
      </w:pPr>
      <w:r w:rsidRPr="00621620">
        <w:rPr>
          <w:rFonts w:eastAsia="Calibri" w:cs="Arial"/>
          <w:sz w:val="22"/>
          <w:lang w:val="el-GR"/>
        </w:rPr>
        <w:t xml:space="preserve">δ. Το προσφερόμενο υλικό κατασκευάστηκε από το Εργοστάσιο στις ......(8)...... </w:t>
      </w:r>
    </w:p>
    <w:p w14:paraId="4D8346CE" w14:textId="77777777" w:rsidR="00621620" w:rsidRPr="00621620" w:rsidRDefault="00621620" w:rsidP="00621620">
      <w:pPr>
        <w:rPr>
          <w:rFonts w:eastAsia="Calibri" w:cs="Arial"/>
          <w:sz w:val="22"/>
          <w:lang w:val="el-GR"/>
        </w:rPr>
      </w:pPr>
      <w:r w:rsidRPr="00621620">
        <w:rPr>
          <w:rFonts w:eastAsia="Calibri" w:cs="Arial"/>
          <w:sz w:val="22"/>
          <w:lang w:val="el-GR"/>
        </w:rPr>
        <w:lastRenderedPageBreak/>
        <w:t xml:space="preserve">ε. Το Εργοστάσιο κατασκευής του …………………(4)…………… και των επί μέρους συγκροτημάτων του είναι τα παρακάτω και είναι πιστοποιημένα κατά ……………(9)…………… και συγκεκριμένα: …………………………………(9)…………….. </w:t>
      </w:r>
    </w:p>
    <w:p w14:paraId="40402BD8" w14:textId="77777777" w:rsidR="00621620" w:rsidRPr="00621620" w:rsidRDefault="00621620" w:rsidP="00621620">
      <w:pPr>
        <w:rPr>
          <w:rFonts w:eastAsia="Calibri" w:cs="Arial"/>
          <w:sz w:val="22"/>
          <w:lang w:val="el-GR"/>
        </w:rPr>
      </w:pPr>
      <w:r w:rsidRPr="00621620">
        <w:rPr>
          <w:rFonts w:eastAsia="Calibri" w:cs="Arial"/>
          <w:sz w:val="22"/>
          <w:lang w:val="el-GR"/>
        </w:rPr>
        <w:t>στ. Αναλαμβάνεται (χωρίς καμία επιβάρυνση της Υπηρεσίας) η εκπαίδευση κατάλληλου τεχνικού και επιστημονικού προσωπικού της Υπηρεσίας σας, στη λειτουργία, στις επισκευές.</w:t>
      </w:r>
    </w:p>
    <w:p w14:paraId="78DEE398" w14:textId="77777777" w:rsidR="00621620" w:rsidRPr="00621620" w:rsidRDefault="00621620" w:rsidP="00621620">
      <w:pPr>
        <w:rPr>
          <w:rFonts w:eastAsia="Calibri" w:cs="Arial"/>
          <w:sz w:val="22"/>
          <w:lang w:val="el-GR"/>
        </w:rPr>
      </w:pPr>
      <w:r w:rsidRPr="00621620">
        <w:rPr>
          <w:rFonts w:eastAsia="Calibri" w:cs="Arial"/>
          <w:sz w:val="22"/>
          <w:lang w:val="el-GR"/>
        </w:rPr>
        <w:t xml:space="preserve">ζ. Κατά την παράδοση θα συνοδεύουν το υλικό τα τεχνικά εγχειρίδια λειτουργίας, συντήρησης και επισκευής μαζί με όλα τα απαραίτητα σχεδιαγράμματα στην ελληνική και αγγλική γλώσσα, καθώς και κατάλογοι ανταλλακτικών και αναλωσίμων. </w:t>
      </w:r>
    </w:p>
    <w:p w14:paraId="19CE2E2A" w14:textId="77777777" w:rsidR="00621620" w:rsidRPr="00621620" w:rsidRDefault="00621620" w:rsidP="00621620">
      <w:pPr>
        <w:rPr>
          <w:rFonts w:eastAsia="Calibri" w:cs="Arial"/>
          <w:sz w:val="22"/>
          <w:lang w:val="el-GR"/>
        </w:rPr>
      </w:pPr>
      <w:r w:rsidRPr="00621620">
        <w:rPr>
          <w:rFonts w:eastAsia="Calibri" w:cs="Arial"/>
          <w:sz w:val="22"/>
          <w:lang w:val="el-GR"/>
        </w:rPr>
        <w:t xml:space="preserve">η. Τα κατατιθέμενα PROSPECTUS είναι αληθή. </w:t>
      </w:r>
    </w:p>
    <w:p w14:paraId="15CDC31F" w14:textId="77777777" w:rsidR="00621620" w:rsidRPr="00621620" w:rsidRDefault="00621620" w:rsidP="00621620">
      <w:pPr>
        <w:rPr>
          <w:rFonts w:eastAsia="Calibri" w:cs="Arial"/>
          <w:sz w:val="22"/>
          <w:lang w:val="el-GR"/>
        </w:rPr>
      </w:pPr>
      <w:r w:rsidRPr="00621620">
        <w:rPr>
          <w:rFonts w:eastAsia="Calibri" w:cs="Arial"/>
          <w:sz w:val="22"/>
          <w:lang w:val="el-GR"/>
        </w:rPr>
        <w:t>θ. Το προσφερόμενο υλικό θα παραδοθεί σε………………………..ημερολογιακές ημέρες.</w:t>
      </w:r>
    </w:p>
    <w:p w14:paraId="11C34924" w14:textId="77777777" w:rsidR="00621620" w:rsidRPr="00621620" w:rsidRDefault="00621620" w:rsidP="00621620">
      <w:pPr>
        <w:rPr>
          <w:rFonts w:eastAsia="Calibri" w:cs="Arial"/>
          <w:sz w:val="22"/>
          <w:lang w:val="el-GR"/>
        </w:rPr>
      </w:pPr>
    </w:p>
    <w:p w14:paraId="0BD9AB7E" w14:textId="77777777" w:rsidR="00621620" w:rsidRPr="00621620" w:rsidRDefault="00621620" w:rsidP="00621620">
      <w:pPr>
        <w:spacing w:after="0" w:line="240" w:lineRule="auto"/>
        <w:ind w:right="484"/>
        <w:jc w:val="right"/>
        <w:rPr>
          <w:rFonts w:eastAsia="Times New Roman" w:cs="Arial"/>
          <w:sz w:val="16"/>
          <w:szCs w:val="16"/>
          <w:lang w:val="el-GR" w:eastAsia="el-GR"/>
        </w:rPr>
      </w:pPr>
      <w:r w:rsidRPr="00621620">
        <w:rPr>
          <w:rFonts w:eastAsia="Times New Roman" w:cs="Arial"/>
          <w:sz w:val="16"/>
          <w:szCs w:val="16"/>
          <w:lang w:val="el-GR" w:eastAsia="el-GR"/>
        </w:rPr>
        <w:t xml:space="preserve">Ημερομηνία:      </w:t>
      </w:r>
      <w:r w:rsidRPr="00621620">
        <w:rPr>
          <w:rFonts w:eastAsia="Times New Roman" w:cs="Arial"/>
          <w:color w:val="000000"/>
          <w:sz w:val="18"/>
          <w:szCs w:val="16"/>
          <w:lang w:val="el-GR" w:eastAsia="el-GR"/>
        </w:rPr>
        <w:t>… /…/ 20…</w:t>
      </w:r>
    </w:p>
    <w:p w14:paraId="3894CA34" w14:textId="77777777" w:rsidR="00621620" w:rsidRPr="00621620" w:rsidRDefault="00621620" w:rsidP="00621620">
      <w:pPr>
        <w:spacing w:after="0" w:line="240" w:lineRule="auto"/>
        <w:ind w:right="484"/>
        <w:jc w:val="right"/>
        <w:rPr>
          <w:rFonts w:eastAsia="Times New Roman" w:cs="Arial"/>
          <w:sz w:val="16"/>
          <w:szCs w:val="16"/>
          <w:lang w:val="el-GR" w:eastAsia="el-GR"/>
        </w:rPr>
      </w:pPr>
    </w:p>
    <w:p w14:paraId="3F1E0708" w14:textId="77777777" w:rsidR="00621620" w:rsidRPr="00621620" w:rsidRDefault="00621620" w:rsidP="00621620">
      <w:pPr>
        <w:spacing w:after="0" w:line="240" w:lineRule="auto"/>
        <w:ind w:right="484"/>
        <w:jc w:val="right"/>
        <w:rPr>
          <w:rFonts w:eastAsia="Times New Roman" w:cs="Arial"/>
          <w:sz w:val="16"/>
          <w:szCs w:val="24"/>
          <w:lang w:val="el-GR" w:eastAsia="el-GR"/>
        </w:rPr>
      </w:pPr>
      <w:r w:rsidRPr="00621620">
        <w:rPr>
          <w:rFonts w:eastAsia="Times New Roman" w:cs="Arial"/>
          <w:sz w:val="16"/>
          <w:szCs w:val="24"/>
          <w:lang w:val="el-GR" w:eastAsia="el-GR"/>
        </w:rPr>
        <w:t>Ο – Η Δηλών</w:t>
      </w:r>
    </w:p>
    <w:p w14:paraId="7E008516" w14:textId="77777777" w:rsidR="00621620" w:rsidRPr="00621620" w:rsidRDefault="00621620" w:rsidP="00621620">
      <w:pPr>
        <w:spacing w:after="0" w:line="240" w:lineRule="auto"/>
        <w:jc w:val="right"/>
        <w:rPr>
          <w:rFonts w:eastAsia="Times New Roman" w:cs="Arial"/>
          <w:sz w:val="16"/>
          <w:szCs w:val="24"/>
          <w:lang w:val="el-GR" w:eastAsia="el-GR"/>
        </w:rPr>
      </w:pPr>
    </w:p>
    <w:p w14:paraId="74FE8C42" w14:textId="77777777" w:rsidR="00621620" w:rsidRPr="00621620" w:rsidRDefault="00621620" w:rsidP="00621620">
      <w:pPr>
        <w:spacing w:after="0" w:line="240" w:lineRule="auto"/>
        <w:jc w:val="right"/>
        <w:rPr>
          <w:rFonts w:eastAsia="Times New Roman" w:cs="Arial"/>
          <w:sz w:val="16"/>
          <w:szCs w:val="24"/>
          <w:lang w:val="el-GR" w:eastAsia="el-GR"/>
        </w:rPr>
      </w:pPr>
    </w:p>
    <w:p w14:paraId="6457B623" w14:textId="77777777" w:rsidR="00621620" w:rsidRPr="00621620" w:rsidRDefault="00621620" w:rsidP="00621620">
      <w:pPr>
        <w:spacing w:after="0" w:line="240" w:lineRule="auto"/>
        <w:jc w:val="right"/>
        <w:rPr>
          <w:rFonts w:eastAsia="Times New Roman" w:cs="Arial"/>
          <w:sz w:val="16"/>
          <w:szCs w:val="24"/>
          <w:lang w:val="el-GR" w:eastAsia="el-GR"/>
        </w:rPr>
      </w:pPr>
    </w:p>
    <w:p w14:paraId="13F347CA" w14:textId="77777777" w:rsidR="00621620" w:rsidRPr="00621620" w:rsidRDefault="00621620" w:rsidP="00621620">
      <w:pPr>
        <w:spacing w:after="0" w:line="240" w:lineRule="auto"/>
        <w:jc w:val="right"/>
        <w:rPr>
          <w:rFonts w:eastAsia="Times New Roman" w:cs="Arial"/>
          <w:sz w:val="16"/>
          <w:szCs w:val="24"/>
          <w:lang w:val="el-GR" w:eastAsia="el-GR"/>
        </w:rPr>
      </w:pPr>
    </w:p>
    <w:p w14:paraId="7715D983" w14:textId="77777777" w:rsidR="00621620" w:rsidRPr="00621620" w:rsidRDefault="00621620" w:rsidP="00621620">
      <w:pPr>
        <w:spacing w:after="0" w:line="240" w:lineRule="auto"/>
        <w:ind w:right="484"/>
        <w:jc w:val="right"/>
        <w:rPr>
          <w:rFonts w:eastAsia="Times New Roman" w:cs="Arial"/>
          <w:sz w:val="16"/>
          <w:szCs w:val="24"/>
          <w:lang w:val="el-GR" w:eastAsia="el-GR"/>
        </w:rPr>
      </w:pPr>
      <w:r w:rsidRPr="00621620">
        <w:rPr>
          <w:rFonts w:eastAsia="Times New Roman" w:cs="Arial"/>
          <w:sz w:val="16"/>
          <w:szCs w:val="24"/>
          <w:lang w:val="el-GR" w:eastAsia="el-GR"/>
        </w:rPr>
        <w:t>(Υπογραφή)</w:t>
      </w:r>
    </w:p>
    <w:p w14:paraId="1C465B39" w14:textId="77777777" w:rsidR="00621620" w:rsidRPr="00621620" w:rsidRDefault="00621620" w:rsidP="00621620">
      <w:pPr>
        <w:rPr>
          <w:rFonts w:eastAsia="Calibri" w:cs="Arial"/>
          <w:sz w:val="22"/>
          <w:lang w:val="el-GR"/>
        </w:rPr>
      </w:pPr>
    </w:p>
    <w:p w14:paraId="52264B16" w14:textId="77777777" w:rsidR="00621620" w:rsidRPr="00621620" w:rsidRDefault="00621620" w:rsidP="00621620">
      <w:pPr>
        <w:rPr>
          <w:rFonts w:eastAsia="Calibri" w:cs="Arial"/>
          <w:sz w:val="20"/>
          <w:lang w:val="el-GR"/>
        </w:rPr>
      </w:pPr>
      <w:r w:rsidRPr="00621620">
        <w:rPr>
          <w:rFonts w:eastAsia="Calibri" w:cs="Arial"/>
          <w:sz w:val="20"/>
          <w:lang w:val="el-GR"/>
        </w:rPr>
        <w:t xml:space="preserve">ΟΔΗΓΙΕΣ ΣΥΜΠΛΗΡΩΣΗΣ </w:t>
      </w:r>
    </w:p>
    <w:p w14:paraId="221B595F" w14:textId="77777777" w:rsidR="00621620" w:rsidRPr="00621620" w:rsidRDefault="00621620" w:rsidP="00621620">
      <w:pPr>
        <w:rPr>
          <w:rFonts w:eastAsia="Calibri" w:cs="Arial"/>
          <w:sz w:val="20"/>
          <w:lang w:val="el-GR"/>
        </w:rPr>
      </w:pPr>
      <w:r w:rsidRPr="00621620">
        <w:rPr>
          <w:rFonts w:eastAsia="Calibri" w:cs="Arial"/>
          <w:sz w:val="20"/>
          <w:lang w:val="el-GR"/>
        </w:rPr>
        <w:t xml:space="preserve">1. Αναγράφεται από τον ενδιαφερόμενο πολίτη η Αρχή ή η Υπηρεσία του δημόσιου τομέα, που απευθύνεται η αίτηση. </w:t>
      </w:r>
    </w:p>
    <w:p w14:paraId="0E4044D7" w14:textId="77777777" w:rsidR="00621620" w:rsidRPr="00621620" w:rsidRDefault="00621620" w:rsidP="00621620">
      <w:pPr>
        <w:rPr>
          <w:rFonts w:eastAsia="Calibri" w:cs="Arial"/>
          <w:sz w:val="20"/>
          <w:lang w:val="el-GR"/>
        </w:rPr>
      </w:pPr>
      <w:r w:rsidRPr="00621620">
        <w:rPr>
          <w:rFonts w:eastAsia="Calibri" w:cs="Arial"/>
          <w:sz w:val="20"/>
          <w:lang w:val="el-GR"/>
        </w:rPr>
        <w:t xml:space="preserve">2. Αναγράφεται ολογράφως. </w:t>
      </w:r>
    </w:p>
    <w:p w14:paraId="529DAFD7" w14:textId="77777777" w:rsidR="00621620" w:rsidRPr="00621620" w:rsidRDefault="00621620" w:rsidP="00621620">
      <w:pPr>
        <w:rPr>
          <w:rFonts w:eastAsia="Calibri" w:cs="Arial"/>
          <w:sz w:val="20"/>
          <w:lang w:val="el-GR"/>
        </w:rPr>
      </w:pPr>
      <w:r w:rsidRPr="00621620">
        <w:rPr>
          <w:rFonts w:eastAsia="Calibri" w:cs="Arial"/>
          <w:sz w:val="20"/>
          <w:lang w:val="el-GR"/>
        </w:rPr>
        <w:t xml:space="preserve">3. Αναγράφεται η επωνυμία της εταιρείας ή της επιχείρησης. </w:t>
      </w:r>
    </w:p>
    <w:p w14:paraId="066FACBE" w14:textId="77777777" w:rsidR="00621620" w:rsidRPr="00621620" w:rsidRDefault="00621620" w:rsidP="00621620">
      <w:pPr>
        <w:rPr>
          <w:rFonts w:eastAsia="Calibri" w:cs="Arial"/>
          <w:sz w:val="20"/>
          <w:lang w:val="el-GR"/>
        </w:rPr>
      </w:pPr>
      <w:r w:rsidRPr="00621620">
        <w:rPr>
          <w:rFonts w:eastAsia="Calibri" w:cs="Arial"/>
          <w:sz w:val="20"/>
          <w:lang w:val="el-GR"/>
        </w:rPr>
        <w:t xml:space="preserve">4. Αναγράφεται η ονομασία του προσφερόμενου Υλικού, για το οποίο προκηρύσσεται ο διαγωνισμός. </w:t>
      </w:r>
    </w:p>
    <w:p w14:paraId="05429C24" w14:textId="77777777" w:rsidR="00621620" w:rsidRPr="00621620" w:rsidRDefault="00621620" w:rsidP="00621620">
      <w:pPr>
        <w:rPr>
          <w:rFonts w:eastAsia="Calibri" w:cs="Arial"/>
          <w:sz w:val="20"/>
          <w:lang w:val="el-GR"/>
        </w:rPr>
      </w:pPr>
      <w:r w:rsidRPr="00621620">
        <w:rPr>
          <w:rFonts w:eastAsia="Calibri" w:cs="Arial"/>
          <w:sz w:val="20"/>
          <w:lang w:val="el-GR"/>
        </w:rPr>
        <w:t xml:space="preserve">5. Αναγράφεται ο χρόνος εγγύησης σε μήνες ή χρόνια. </w:t>
      </w:r>
    </w:p>
    <w:p w14:paraId="676CBD82" w14:textId="77777777" w:rsidR="00621620" w:rsidRPr="00621620" w:rsidRDefault="00621620" w:rsidP="00621620">
      <w:pPr>
        <w:rPr>
          <w:rFonts w:eastAsia="Calibri" w:cs="Arial"/>
          <w:sz w:val="20"/>
          <w:lang w:val="el-GR"/>
        </w:rPr>
      </w:pPr>
      <w:r w:rsidRPr="00621620">
        <w:rPr>
          <w:rFonts w:eastAsia="Calibri" w:cs="Arial"/>
          <w:sz w:val="20"/>
          <w:lang w:val="el-GR"/>
        </w:rPr>
        <w:t xml:space="preserve">6. Αναγράφεται ο χρόνος υποστήριξης σε ανταλλακτικά σε μήνες ή χρόνια. </w:t>
      </w:r>
    </w:p>
    <w:p w14:paraId="51AF196A" w14:textId="77777777" w:rsidR="00621620" w:rsidRPr="00621620" w:rsidRDefault="00621620" w:rsidP="00621620">
      <w:pPr>
        <w:rPr>
          <w:rFonts w:eastAsia="Calibri" w:cs="Arial"/>
          <w:sz w:val="20"/>
          <w:lang w:val="el-GR"/>
        </w:rPr>
      </w:pPr>
      <w:r w:rsidRPr="00621620">
        <w:rPr>
          <w:rFonts w:eastAsia="Calibri" w:cs="Arial"/>
          <w:sz w:val="20"/>
          <w:lang w:val="el-GR"/>
        </w:rPr>
        <w:t xml:space="preserve">7. Αναγράφεται η περιοδικότητα της προληπτικής συντήρησης σε μήνες, δηλαδή κάθε πόσο χρονικό διάστημα πραγματοποιείται η περιοδική προληπτική συντήρηση (Service). </w:t>
      </w:r>
    </w:p>
    <w:p w14:paraId="456ED4A5" w14:textId="77777777" w:rsidR="00621620" w:rsidRPr="00621620" w:rsidRDefault="00621620" w:rsidP="00621620">
      <w:pPr>
        <w:rPr>
          <w:rFonts w:eastAsia="Calibri" w:cs="Arial"/>
          <w:sz w:val="20"/>
          <w:lang w:val="el-GR"/>
        </w:rPr>
      </w:pPr>
      <w:r w:rsidRPr="00621620">
        <w:rPr>
          <w:rFonts w:eastAsia="Calibri" w:cs="Arial"/>
          <w:sz w:val="20"/>
          <w:lang w:val="el-GR"/>
        </w:rPr>
        <w:t xml:space="preserve">8. Αναγράφεται η χρονολογία κατασκευής του υλικού. </w:t>
      </w:r>
    </w:p>
    <w:p w14:paraId="47E08F50" w14:textId="77777777" w:rsidR="00621620" w:rsidRPr="00621620" w:rsidRDefault="00621620" w:rsidP="00621620">
      <w:pPr>
        <w:rPr>
          <w:rFonts w:eastAsia="Calibri" w:cs="Arial"/>
          <w:sz w:val="20"/>
          <w:lang w:val="el-GR"/>
        </w:rPr>
      </w:pPr>
      <w:r w:rsidRPr="00621620">
        <w:rPr>
          <w:rFonts w:eastAsia="Calibri" w:cs="Arial"/>
          <w:sz w:val="20"/>
          <w:lang w:val="el-GR"/>
        </w:rPr>
        <w:t>9. Αναγράφεται τι είδους πιστοποιητικό έχει πάρει, καθώς και ο Οργανισμός Πιστοποίησης ή ο φορέας που πραγματοποίησε την πιστοποίηση του Εργοστασίου, η ημερομηνία που πραγματοποιήθηκε η πιστοποίηση και τα λοιπά απαιτούμενα στοιχεία που αφορούν τη πιστοποίηση.</w:t>
      </w:r>
    </w:p>
    <w:p w14:paraId="0CE6D3F2" w14:textId="77777777" w:rsidR="00621620" w:rsidRPr="00621620" w:rsidRDefault="00621620" w:rsidP="00621620">
      <w:pPr>
        <w:rPr>
          <w:rFonts w:ascii="Calibri" w:eastAsia="Calibri" w:hAnsi="Calibri" w:cs="Times New Roman"/>
          <w:sz w:val="22"/>
          <w:lang w:val="el-GR"/>
        </w:rPr>
        <w:sectPr w:rsidR="00621620" w:rsidRPr="00621620" w:rsidSect="000A5455">
          <w:headerReference w:type="default" r:id="rId9"/>
          <w:pgSz w:w="11906" w:h="16838" w:code="9"/>
          <w:pgMar w:top="1243" w:right="851" w:bottom="1135"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E5DA343" w14:textId="77777777" w:rsidR="00621620" w:rsidRPr="00621620" w:rsidRDefault="00621620" w:rsidP="00621620">
      <w:pPr>
        <w:jc w:val="center"/>
        <w:rPr>
          <w:rFonts w:eastAsia="Calibri" w:cs="Arial"/>
          <w:b/>
          <w:sz w:val="22"/>
          <w:lang w:val="el-GR"/>
        </w:rPr>
      </w:pPr>
      <w:r w:rsidRPr="00621620">
        <w:rPr>
          <w:rFonts w:eastAsia="Calibri" w:cs="Arial"/>
          <w:b/>
          <w:sz w:val="22"/>
          <w:lang w:val="el-GR"/>
        </w:rPr>
        <w:lastRenderedPageBreak/>
        <w:t>ΠΡΟΣΘΗΚΗ ΙΙ</w:t>
      </w:r>
    </w:p>
    <w:p w14:paraId="394D0B98" w14:textId="77777777" w:rsidR="00621620" w:rsidRPr="00621620" w:rsidRDefault="00621620" w:rsidP="00621620">
      <w:pPr>
        <w:jc w:val="center"/>
        <w:rPr>
          <w:rFonts w:eastAsia="Calibri" w:cs="Arial"/>
          <w:sz w:val="22"/>
          <w:lang w:val="el-GR"/>
        </w:rPr>
      </w:pPr>
      <w:r w:rsidRPr="00621620">
        <w:rPr>
          <w:rFonts w:eastAsia="Calibri" w:cs="Arial"/>
          <w:sz w:val="22"/>
          <w:lang w:val="el-GR"/>
        </w:rPr>
        <w:t>ΕΞΑΡΤΗΜΑΤΑ-ΠΑΡΕΛΚΟΜΕΝΑ ΠΟΥ ΜΠΟΡΟΥΝ ΝΑ ΤΟΠΟΘΕΤΗΘΟΥΝ ΚΑΙ ΝΑ ΣΥΝΕΡΓΑΣΤΟΥΝ ΚΑΙ ΔΕ ΘΑ ΤΟΝ ΣΥΝΟΔΕΥΟΥΝ (υπόδειγμα)</w:t>
      </w:r>
    </w:p>
    <w:p w14:paraId="5BC2A048" w14:textId="77777777" w:rsidR="00621620" w:rsidRPr="00621620" w:rsidRDefault="00621620" w:rsidP="00621620">
      <w:pPr>
        <w:jc w:val="both"/>
        <w:rPr>
          <w:rFonts w:eastAsia="Calibri" w:cs="Arial"/>
          <w:sz w:val="22"/>
          <w:lang w:val="el-GR"/>
        </w:rPr>
      </w:pPr>
      <w:r w:rsidRPr="00621620">
        <w:rPr>
          <w:rFonts w:eastAsia="Calibri" w:cs="Arial"/>
          <w:sz w:val="22"/>
          <w:lang w:val="el-GR"/>
        </w:rPr>
        <w:t xml:space="preserve"> Η παρούσα προσθήκη δεν υποβάλλεται μαζί με το φύλλο συμμόρφωσης όταν για το προσφερόμενο υλικό δεν υπάρχουν πρόσθετα παρελκόμενα– εξαρτήματα.</w:t>
      </w:r>
    </w:p>
    <w:tbl>
      <w:tblPr>
        <w:tblStyle w:val="13"/>
        <w:tblW w:w="8732" w:type="dxa"/>
        <w:tblLook w:val="04A0" w:firstRow="1" w:lastRow="0" w:firstColumn="1" w:lastColumn="0" w:noHBand="0" w:noVBand="1"/>
      </w:tblPr>
      <w:tblGrid>
        <w:gridCol w:w="1284"/>
        <w:gridCol w:w="1405"/>
        <w:gridCol w:w="1629"/>
        <w:gridCol w:w="1548"/>
        <w:gridCol w:w="1409"/>
        <w:gridCol w:w="1457"/>
      </w:tblGrid>
      <w:tr w:rsidR="00621620" w:rsidRPr="00621620" w14:paraId="676AA437" w14:textId="77777777" w:rsidTr="000A5455">
        <w:trPr>
          <w:trHeight w:val="716"/>
        </w:trPr>
        <w:tc>
          <w:tcPr>
            <w:tcW w:w="1455" w:type="dxa"/>
          </w:tcPr>
          <w:p w14:paraId="548BD0BB" w14:textId="77777777" w:rsidR="00621620" w:rsidRPr="00621620" w:rsidRDefault="00621620" w:rsidP="00621620">
            <w:pPr>
              <w:jc w:val="center"/>
              <w:rPr>
                <w:rFonts w:eastAsia="Calibri" w:cs="Arial"/>
                <w:sz w:val="18"/>
              </w:rPr>
            </w:pPr>
          </w:p>
          <w:p w14:paraId="12D38954" w14:textId="77777777" w:rsidR="00621620" w:rsidRPr="00621620" w:rsidRDefault="00621620" w:rsidP="00621620">
            <w:pPr>
              <w:jc w:val="center"/>
              <w:rPr>
                <w:rFonts w:eastAsia="Calibri" w:cs="Arial"/>
                <w:sz w:val="18"/>
              </w:rPr>
            </w:pPr>
            <w:r w:rsidRPr="00621620">
              <w:rPr>
                <w:rFonts w:eastAsia="Calibri" w:cs="Arial"/>
                <w:sz w:val="18"/>
              </w:rPr>
              <w:t>Α/Α</w:t>
            </w:r>
          </w:p>
        </w:tc>
        <w:tc>
          <w:tcPr>
            <w:tcW w:w="1455" w:type="dxa"/>
          </w:tcPr>
          <w:p w14:paraId="58480480" w14:textId="77777777" w:rsidR="00621620" w:rsidRPr="00621620" w:rsidRDefault="00621620" w:rsidP="00621620">
            <w:pPr>
              <w:jc w:val="center"/>
              <w:rPr>
                <w:rFonts w:eastAsia="Calibri" w:cs="Arial"/>
                <w:sz w:val="18"/>
              </w:rPr>
            </w:pPr>
          </w:p>
          <w:p w14:paraId="5DE18A0D" w14:textId="77777777" w:rsidR="00621620" w:rsidRPr="00621620" w:rsidRDefault="00621620" w:rsidP="00621620">
            <w:pPr>
              <w:jc w:val="center"/>
              <w:rPr>
                <w:rFonts w:eastAsia="Calibri" w:cs="Arial"/>
                <w:sz w:val="18"/>
              </w:rPr>
            </w:pPr>
            <w:r w:rsidRPr="00621620">
              <w:rPr>
                <w:rFonts w:eastAsia="Calibri" w:cs="Arial"/>
                <w:sz w:val="18"/>
              </w:rPr>
              <w:t>ΟΝΟΜΑΣΙΑ</w:t>
            </w:r>
          </w:p>
        </w:tc>
        <w:tc>
          <w:tcPr>
            <w:tcW w:w="1455" w:type="dxa"/>
          </w:tcPr>
          <w:p w14:paraId="3079EF9D" w14:textId="77777777" w:rsidR="00621620" w:rsidRPr="00621620" w:rsidRDefault="00621620" w:rsidP="00621620">
            <w:pPr>
              <w:jc w:val="center"/>
              <w:rPr>
                <w:rFonts w:eastAsia="Calibri" w:cs="Arial"/>
                <w:sz w:val="18"/>
              </w:rPr>
            </w:pPr>
            <w:r w:rsidRPr="00621620">
              <w:rPr>
                <w:rFonts w:eastAsia="Calibri" w:cs="Arial"/>
                <w:sz w:val="18"/>
              </w:rPr>
              <w:t>PART NUMBER Ρ/Ν ΠΡΑΓΜΑΤΙΚΟΥ ΚΑΤΑΣΚΕΥΑΣΤΗ</w:t>
            </w:r>
          </w:p>
        </w:tc>
        <w:tc>
          <w:tcPr>
            <w:tcW w:w="1455" w:type="dxa"/>
          </w:tcPr>
          <w:p w14:paraId="50EA1A2C" w14:textId="77777777" w:rsidR="00621620" w:rsidRPr="00621620" w:rsidRDefault="00621620" w:rsidP="00621620">
            <w:pPr>
              <w:jc w:val="center"/>
              <w:rPr>
                <w:rFonts w:eastAsia="Calibri" w:cs="Arial"/>
                <w:sz w:val="18"/>
              </w:rPr>
            </w:pPr>
          </w:p>
          <w:p w14:paraId="3FFAF668" w14:textId="77777777" w:rsidR="00621620" w:rsidRPr="00621620" w:rsidRDefault="00621620" w:rsidP="00621620">
            <w:pPr>
              <w:jc w:val="center"/>
              <w:rPr>
                <w:rFonts w:eastAsia="Calibri" w:cs="Arial"/>
                <w:sz w:val="18"/>
              </w:rPr>
            </w:pPr>
            <w:r w:rsidRPr="00621620">
              <w:rPr>
                <w:rFonts w:eastAsia="Calibri" w:cs="Arial"/>
                <w:sz w:val="18"/>
              </w:rPr>
              <w:t>ΑΡΙΘΜΟΣ ΟΝΟΜΑΣΤΙΚΟY</w:t>
            </w:r>
          </w:p>
        </w:tc>
        <w:tc>
          <w:tcPr>
            <w:tcW w:w="1456" w:type="dxa"/>
          </w:tcPr>
          <w:p w14:paraId="19CBC741" w14:textId="77777777" w:rsidR="00621620" w:rsidRPr="00621620" w:rsidRDefault="00621620" w:rsidP="00621620">
            <w:pPr>
              <w:jc w:val="center"/>
              <w:rPr>
                <w:rFonts w:eastAsia="Calibri" w:cs="Arial"/>
                <w:sz w:val="18"/>
              </w:rPr>
            </w:pPr>
          </w:p>
          <w:p w14:paraId="39A7C96D" w14:textId="77777777" w:rsidR="00621620" w:rsidRPr="00621620" w:rsidRDefault="00621620" w:rsidP="00621620">
            <w:pPr>
              <w:jc w:val="center"/>
              <w:rPr>
                <w:rFonts w:eastAsia="Calibri" w:cs="Arial"/>
                <w:sz w:val="18"/>
              </w:rPr>
            </w:pPr>
            <w:r w:rsidRPr="00621620">
              <w:rPr>
                <w:rFonts w:eastAsia="Calibri" w:cs="Arial"/>
                <w:sz w:val="18"/>
              </w:rPr>
              <w:t>ΕΡΓΑΣΙΑ ΠΟΥ ΕΚΤΕΛΟΥΝ</w:t>
            </w:r>
          </w:p>
        </w:tc>
        <w:tc>
          <w:tcPr>
            <w:tcW w:w="1456" w:type="dxa"/>
          </w:tcPr>
          <w:p w14:paraId="74E73901" w14:textId="77777777" w:rsidR="00621620" w:rsidRPr="00621620" w:rsidRDefault="00621620" w:rsidP="00621620">
            <w:pPr>
              <w:jc w:val="center"/>
              <w:rPr>
                <w:rFonts w:eastAsia="Calibri" w:cs="Arial"/>
                <w:sz w:val="18"/>
              </w:rPr>
            </w:pPr>
          </w:p>
          <w:p w14:paraId="6582D678" w14:textId="77777777" w:rsidR="00621620" w:rsidRPr="00621620" w:rsidRDefault="00621620" w:rsidP="00621620">
            <w:pPr>
              <w:jc w:val="center"/>
              <w:rPr>
                <w:rFonts w:eastAsia="Calibri" w:cs="Arial"/>
                <w:sz w:val="18"/>
              </w:rPr>
            </w:pPr>
            <w:r w:rsidRPr="00621620">
              <w:rPr>
                <w:rFonts w:eastAsia="Calibri" w:cs="Arial"/>
                <w:sz w:val="18"/>
              </w:rPr>
              <w:t>ΠΑΡΑΠΟΜΠΗ ΣΕ PROSPECTUS</w:t>
            </w:r>
          </w:p>
        </w:tc>
      </w:tr>
      <w:tr w:rsidR="00621620" w:rsidRPr="00621620" w14:paraId="5E00C44F" w14:textId="77777777" w:rsidTr="000A5455">
        <w:trPr>
          <w:trHeight w:val="745"/>
        </w:trPr>
        <w:tc>
          <w:tcPr>
            <w:tcW w:w="1455" w:type="dxa"/>
          </w:tcPr>
          <w:p w14:paraId="012ABE08" w14:textId="77777777" w:rsidR="00621620" w:rsidRPr="00621620" w:rsidRDefault="00621620" w:rsidP="00621620">
            <w:pPr>
              <w:jc w:val="center"/>
              <w:rPr>
                <w:rFonts w:eastAsia="Calibri" w:cs="Arial"/>
                <w:sz w:val="18"/>
              </w:rPr>
            </w:pPr>
          </w:p>
        </w:tc>
        <w:tc>
          <w:tcPr>
            <w:tcW w:w="1455" w:type="dxa"/>
          </w:tcPr>
          <w:p w14:paraId="5FC8E988" w14:textId="77777777" w:rsidR="00621620" w:rsidRPr="00621620" w:rsidRDefault="00621620" w:rsidP="00621620">
            <w:pPr>
              <w:jc w:val="center"/>
              <w:rPr>
                <w:rFonts w:eastAsia="Calibri" w:cs="Arial"/>
                <w:sz w:val="18"/>
              </w:rPr>
            </w:pPr>
          </w:p>
        </w:tc>
        <w:tc>
          <w:tcPr>
            <w:tcW w:w="1455" w:type="dxa"/>
          </w:tcPr>
          <w:p w14:paraId="39B40231" w14:textId="77777777" w:rsidR="00621620" w:rsidRPr="00621620" w:rsidRDefault="00621620" w:rsidP="00621620">
            <w:pPr>
              <w:jc w:val="center"/>
              <w:rPr>
                <w:rFonts w:eastAsia="Calibri" w:cs="Arial"/>
                <w:sz w:val="18"/>
              </w:rPr>
            </w:pPr>
          </w:p>
        </w:tc>
        <w:tc>
          <w:tcPr>
            <w:tcW w:w="1455" w:type="dxa"/>
          </w:tcPr>
          <w:p w14:paraId="49C4D370" w14:textId="77777777" w:rsidR="00621620" w:rsidRPr="00621620" w:rsidRDefault="00621620" w:rsidP="00621620">
            <w:pPr>
              <w:jc w:val="center"/>
              <w:rPr>
                <w:rFonts w:eastAsia="Calibri" w:cs="Arial"/>
                <w:sz w:val="18"/>
              </w:rPr>
            </w:pPr>
          </w:p>
        </w:tc>
        <w:tc>
          <w:tcPr>
            <w:tcW w:w="1456" w:type="dxa"/>
          </w:tcPr>
          <w:p w14:paraId="1EF04E06" w14:textId="77777777" w:rsidR="00621620" w:rsidRPr="00621620" w:rsidRDefault="00621620" w:rsidP="00621620">
            <w:pPr>
              <w:jc w:val="center"/>
              <w:rPr>
                <w:rFonts w:eastAsia="Calibri" w:cs="Arial"/>
                <w:sz w:val="18"/>
              </w:rPr>
            </w:pPr>
          </w:p>
        </w:tc>
        <w:tc>
          <w:tcPr>
            <w:tcW w:w="1456" w:type="dxa"/>
          </w:tcPr>
          <w:p w14:paraId="03EE09F6" w14:textId="77777777" w:rsidR="00621620" w:rsidRPr="00621620" w:rsidRDefault="00621620" w:rsidP="00621620">
            <w:pPr>
              <w:jc w:val="center"/>
              <w:rPr>
                <w:rFonts w:eastAsia="Calibri" w:cs="Arial"/>
                <w:sz w:val="18"/>
              </w:rPr>
            </w:pPr>
          </w:p>
        </w:tc>
      </w:tr>
    </w:tbl>
    <w:p w14:paraId="5E77EF67" w14:textId="77777777" w:rsidR="00621620" w:rsidRPr="00621620" w:rsidRDefault="00621620" w:rsidP="00621620">
      <w:pPr>
        <w:jc w:val="right"/>
        <w:rPr>
          <w:rFonts w:eastAsia="Calibri" w:cs="Arial"/>
          <w:sz w:val="18"/>
          <w:lang w:val="el-GR"/>
        </w:rPr>
      </w:pPr>
    </w:p>
    <w:p w14:paraId="3A28210E" w14:textId="77777777" w:rsidR="00621620" w:rsidRPr="00621620" w:rsidRDefault="00621620" w:rsidP="00621620">
      <w:pPr>
        <w:ind w:left="6480"/>
        <w:rPr>
          <w:rFonts w:eastAsia="Calibri" w:cs="Arial"/>
          <w:sz w:val="18"/>
          <w:lang w:val="el-GR"/>
        </w:rPr>
      </w:pPr>
      <w:r w:rsidRPr="00621620">
        <w:rPr>
          <w:rFonts w:eastAsia="Calibri" w:cs="Arial"/>
          <w:sz w:val="18"/>
          <w:lang w:val="el-GR"/>
        </w:rPr>
        <w:t>Υπογραφή</w:t>
      </w:r>
    </w:p>
    <w:p w14:paraId="3088D95F" w14:textId="77777777" w:rsidR="00621620" w:rsidRPr="00621620" w:rsidRDefault="00621620" w:rsidP="00621620">
      <w:pPr>
        <w:ind w:left="5760"/>
        <w:jc w:val="center"/>
        <w:rPr>
          <w:rFonts w:eastAsia="Calibri" w:cs="Arial"/>
          <w:sz w:val="18"/>
          <w:lang w:val="el-GR"/>
        </w:rPr>
      </w:pPr>
      <w:r w:rsidRPr="00621620">
        <w:rPr>
          <w:rFonts w:eastAsia="Calibri" w:cs="Arial"/>
          <w:sz w:val="18"/>
          <w:lang w:val="el-GR"/>
        </w:rPr>
        <w:t xml:space="preserve">Νόμιμου Εκπροσώπου </w:t>
      </w:r>
    </w:p>
    <w:p w14:paraId="0D07EFB3" w14:textId="77777777" w:rsidR="00621620" w:rsidRPr="00621620" w:rsidRDefault="00621620" w:rsidP="00621620">
      <w:pPr>
        <w:rPr>
          <w:rFonts w:eastAsia="Calibri" w:cs="Arial"/>
          <w:sz w:val="18"/>
          <w:lang w:val="el-GR"/>
        </w:rPr>
      </w:pPr>
    </w:p>
    <w:p w14:paraId="048365DF" w14:textId="77777777" w:rsidR="00621620" w:rsidRPr="00621620" w:rsidRDefault="00621620" w:rsidP="00621620">
      <w:pPr>
        <w:ind w:left="5760"/>
        <w:rPr>
          <w:rFonts w:eastAsia="Calibri" w:cs="Arial"/>
          <w:sz w:val="18"/>
          <w:lang w:val="el-GR"/>
        </w:rPr>
      </w:pPr>
      <w:r w:rsidRPr="00621620">
        <w:rPr>
          <w:rFonts w:eastAsia="Calibri" w:cs="Arial"/>
          <w:sz w:val="18"/>
          <w:lang w:val="el-GR"/>
        </w:rPr>
        <w:t>Τίθεται Σφραγίδα</w:t>
      </w:r>
    </w:p>
    <w:p w14:paraId="3FE7C632" w14:textId="77777777" w:rsidR="00621620" w:rsidRPr="00621620" w:rsidRDefault="00621620" w:rsidP="00621620">
      <w:pPr>
        <w:rPr>
          <w:rFonts w:eastAsia="Calibri" w:cs="Arial"/>
          <w:sz w:val="18"/>
          <w:lang w:val="el-GR"/>
        </w:rPr>
      </w:pPr>
    </w:p>
    <w:p w14:paraId="39AB501E" w14:textId="77777777" w:rsidR="00621620" w:rsidRPr="00621620" w:rsidRDefault="00621620" w:rsidP="00621620">
      <w:pPr>
        <w:rPr>
          <w:rFonts w:eastAsia="Calibri" w:cs="Arial"/>
          <w:sz w:val="18"/>
          <w:lang w:val="el-GR"/>
        </w:rPr>
      </w:pPr>
    </w:p>
    <w:p w14:paraId="7C2D7493" w14:textId="77777777" w:rsidR="00621620" w:rsidRPr="00621620" w:rsidRDefault="00621620" w:rsidP="00621620">
      <w:pPr>
        <w:rPr>
          <w:rFonts w:eastAsia="Calibri" w:cs="Arial"/>
          <w:sz w:val="18"/>
          <w:lang w:val="el-GR"/>
        </w:rPr>
      </w:pPr>
      <w:r w:rsidRPr="00621620">
        <w:rPr>
          <w:rFonts w:eastAsia="Calibri" w:cs="Arial"/>
          <w:sz w:val="18"/>
          <w:lang w:val="el-GR"/>
        </w:rPr>
        <w:t>Η παρούσα προσθήκη δεν υποβάλλεται μαζί με το φύλλο συμμόρφωσης όταν για το προσφερόμενο υλικό δεν υπάρχουν πρόσθετα παρελκόμενα– εξαρτήματα.</w:t>
      </w:r>
    </w:p>
    <w:p w14:paraId="76DE17E5" w14:textId="77777777" w:rsidR="00621620" w:rsidRPr="00621620" w:rsidRDefault="00621620" w:rsidP="00621620">
      <w:pPr>
        <w:rPr>
          <w:rFonts w:eastAsia="Calibri" w:cs="Arial"/>
          <w:sz w:val="18"/>
          <w:lang w:val="el-GR"/>
        </w:rPr>
      </w:pPr>
    </w:p>
    <w:p w14:paraId="4147ACFE" w14:textId="77777777" w:rsidR="00621620" w:rsidRPr="00621620" w:rsidRDefault="00621620" w:rsidP="00621620">
      <w:pPr>
        <w:rPr>
          <w:rFonts w:eastAsia="Calibri" w:cs="Arial"/>
          <w:sz w:val="18"/>
          <w:lang w:val="el-GR"/>
        </w:rPr>
      </w:pPr>
    </w:p>
    <w:p w14:paraId="75C46F67" w14:textId="77777777" w:rsidR="00621620" w:rsidRPr="00621620" w:rsidRDefault="00621620" w:rsidP="00621620">
      <w:pPr>
        <w:rPr>
          <w:rFonts w:eastAsia="Calibri" w:cs="Arial"/>
          <w:sz w:val="18"/>
          <w:lang w:val="el-GR"/>
        </w:rPr>
      </w:pPr>
    </w:p>
    <w:p w14:paraId="0BF2A82D" w14:textId="77777777" w:rsidR="00621620" w:rsidRPr="00621620" w:rsidRDefault="00621620" w:rsidP="00621620">
      <w:pPr>
        <w:rPr>
          <w:rFonts w:eastAsia="Calibri" w:cs="Arial"/>
          <w:sz w:val="18"/>
          <w:lang w:val="el-GR"/>
        </w:rPr>
      </w:pPr>
    </w:p>
    <w:p w14:paraId="772A6D3B" w14:textId="77777777" w:rsidR="00621620" w:rsidRPr="00621620" w:rsidRDefault="00621620" w:rsidP="00621620">
      <w:pPr>
        <w:rPr>
          <w:rFonts w:eastAsia="Calibri" w:cs="Arial"/>
          <w:sz w:val="18"/>
          <w:lang w:val="el-GR"/>
        </w:rPr>
      </w:pPr>
    </w:p>
    <w:p w14:paraId="31AD7B0D" w14:textId="77777777" w:rsidR="00621620" w:rsidRPr="00621620" w:rsidRDefault="00621620" w:rsidP="00621620">
      <w:pPr>
        <w:rPr>
          <w:rFonts w:eastAsia="Calibri" w:cs="Arial"/>
          <w:sz w:val="18"/>
          <w:lang w:val="el-GR"/>
        </w:rPr>
      </w:pPr>
    </w:p>
    <w:p w14:paraId="67567D0F" w14:textId="77777777" w:rsidR="00621620" w:rsidRPr="00621620" w:rsidRDefault="00621620" w:rsidP="00621620">
      <w:pPr>
        <w:rPr>
          <w:rFonts w:eastAsia="Calibri" w:cs="Arial"/>
          <w:sz w:val="18"/>
          <w:lang w:val="el-GR"/>
        </w:rPr>
      </w:pPr>
    </w:p>
    <w:p w14:paraId="7C089265" w14:textId="77777777" w:rsidR="00621620" w:rsidRPr="00621620" w:rsidRDefault="00621620" w:rsidP="00621620">
      <w:pPr>
        <w:rPr>
          <w:rFonts w:eastAsia="Calibri" w:cs="Arial"/>
          <w:sz w:val="18"/>
          <w:lang w:val="el-GR"/>
        </w:rPr>
      </w:pPr>
    </w:p>
    <w:p w14:paraId="6FE526BF" w14:textId="77777777" w:rsidR="00621620" w:rsidRPr="00621620" w:rsidRDefault="00621620" w:rsidP="00621620">
      <w:pPr>
        <w:rPr>
          <w:rFonts w:eastAsia="Calibri" w:cs="Arial"/>
          <w:sz w:val="18"/>
          <w:lang w:val="el-GR"/>
        </w:rPr>
      </w:pPr>
    </w:p>
    <w:p w14:paraId="450C698B" w14:textId="77777777" w:rsidR="00621620" w:rsidRPr="00621620" w:rsidRDefault="00621620" w:rsidP="00621620">
      <w:pPr>
        <w:rPr>
          <w:rFonts w:eastAsia="Calibri" w:cs="Arial"/>
          <w:sz w:val="18"/>
          <w:lang w:val="el-GR"/>
        </w:rPr>
      </w:pPr>
    </w:p>
    <w:p w14:paraId="0839D297" w14:textId="77777777" w:rsidR="00621620" w:rsidRPr="00621620" w:rsidRDefault="00621620" w:rsidP="00621620">
      <w:pPr>
        <w:rPr>
          <w:rFonts w:eastAsia="Calibri" w:cs="Arial"/>
          <w:sz w:val="18"/>
          <w:lang w:val="el-GR"/>
        </w:rPr>
      </w:pPr>
    </w:p>
    <w:p w14:paraId="2D509D35" w14:textId="77777777" w:rsidR="00621620" w:rsidRPr="00621620" w:rsidRDefault="00621620" w:rsidP="00621620">
      <w:pPr>
        <w:rPr>
          <w:rFonts w:eastAsia="Calibri" w:cs="Arial"/>
          <w:sz w:val="18"/>
          <w:lang w:val="el-GR"/>
        </w:rPr>
      </w:pPr>
    </w:p>
    <w:p w14:paraId="08ABD67F" w14:textId="77777777" w:rsidR="00621620" w:rsidRPr="00621620" w:rsidRDefault="00621620" w:rsidP="00621620">
      <w:pPr>
        <w:rPr>
          <w:rFonts w:eastAsia="Calibri" w:cs="Arial"/>
          <w:sz w:val="18"/>
          <w:lang w:val="el-GR"/>
        </w:rPr>
      </w:pPr>
    </w:p>
    <w:p w14:paraId="43506A41" w14:textId="77777777" w:rsidR="00621620" w:rsidRPr="00621620" w:rsidRDefault="00621620" w:rsidP="00621620">
      <w:pPr>
        <w:rPr>
          <w:rFonts w:eastAsia="Calibri" w:cs="Arial"/>
          <w:sz w:val="18"/>
          <w:lang w:val="el-GR"/>
        </w:rPr>
      </w:pPr>
    </w:p>
    <w:tbl>
      <w:tblPr>
        <w:tblStyle w:val="13"/>
        <w:tblW w:w="0" w:type="auto"/>
        <w:tblLook w:val="04A0" w:firstRow="1" w:lastRow="0" w:firstColumn="1" w:lastColumn="0" w:noHBand="0" w:noVBand="1"/>
      </w:tblPr>
      <w:tblGrid>
        <w:gridCol w:w="3085"/>
        <w:gridCol w:w="5437"/>
      </w:tblGrid>
      <w:tr w:rsidR="00621620" w:rsidRPr="00621620" w14:paraId="61494C3A" w14:textId="77777777" w:rsidTr="000A5455">
        <w:trPr>
          <w:trHeight w:val="1229"/>
        </w:trPr>
        <w:tc>
          <w:tcPr>
            <w:tcW w:w="8522" w:type="dxa"/>
            <w:gridSpan w:val="2"/>
          </w:tcPr>
          <w:p w14:paraId="7F090837" w14:textId="77777777" w:rsidR="00621620" w:rsidRPr="00621620" w:rsidRDefault="00621620" w:rsidP="00621620">
            <w:pPr>
              <w:jc w:val="center"/>
              <w:rPr>
                <w:rFonts w:eastAsia="Calibri" w:cs="Arial"/>
                <w:sz w:val="24"/>
                <w:szCs w:val="24"/>
              </w:rPr>
            </w:pPr>
            <w:r w:rsidRPr="00621620">
              <w:rPr>
                <w:rFonts w:eastAsia="Calibri" w:cs="Arial"/>
                <w:sz w:val="24"/>
                <w:szCs w:val="24"/>
              </w:rPr>
              <w:t xml:space="preserve">ΕΓΚΡΙΣΗ ΠΡΟΔΙΑΓΡΑΦΗΣ ΕΝΟΠΛΩΝ ΔΥΝΑΜΕΩΝ </w:t>
            </w:r>
          </w:p>
          <w:p w14:paraId="188D268F" w14:textId="77777777" w:rsidR="00621620" w:rsidRPr="00621620" w:rsidRDefault="00621620" w:rsidP="00621620">
            <w:pPr>
              <w:jc w:val="center"/>
              <w:rPr>
                <w:rFonts w:eastAsia="Calibri" w:cs="Arial"/>
                <w:sz w:val="24"/>
                <w:szCs w:val="24"/>
              </w:rPr>
            </w:pPr>
            <w:r w:rsidRPr="00621620">
              <w:rPr>
                <w:rFonts w:eastAsia="Calibri" w:cs="Arial"/>
                <w:sz w:val="24"/>
                <w:szCs w:val="24"/>
              </w:rPr>
              <w:t>ΠΕΔ-Α-</w:t>
            </w:r>
            <w:r w:rsidR="00185176">
              <w:rPr>
                <w:rFonts w:eastAsia="Calibri" w:cs="Arial"/>
                <w:color w:val="FF0000"/>
                <w:sz w:val="22"/>
              </w:rPr>
              <w:t>00002</w:t>
            </w:r>
          </w:p>
          <w:p w14:paraId="7A0D0A19" w14:textId="77777777" w:rsidR="00621620" w:rsidRPr="00621620" w:rsidRDefault="00621620" w:rsidP="00621620">
            <w:pPr>
              <w:jc w:val="center"/>
              <w:rPr>
                <w:rFonts w:eastAsia="Calibri" w:cs="Arial"/>
                <w:sz w:val="24"/>
                <w:szCs w:val="24"/>
              </w:rPr>
            </w:pPr>
            <w:r w:rsidRPr="00621620">
              <w:rPr>
                <w:rFonts w:eastAsia="Calibri" w:cs="Arial"/>
                <w:sz w:val="24"/>
                <w:szCs w:val="24"/>
              </w:rPr>
              <w:t>Έκδοση 1η</w:t>
            </w:r>
          </w:p>
        </w:tc>
      </w:tr>
      <w:tr w:rsidR="00621620" w:rsidRPr="0088511D" w14:paraId="6990F4D4" w14:textId="77777777" w:rsidTr="000A5455">
        <w:trPr>
          <w:trHeight w:val="1982"/>
        </w:trPr>
        <w:tc>
          <w:tcPr>
            <w:tcW w:w="3085" w:type="dxa"/>
            <w:vAlign w:val="center"/>
          </w:tcPr>
          <w:p w14:paraId="53FE43AE" w14:textId="77777777" w:rsidR="00621620" w:rsidRPr="00621620" w:rsidRDefault="00621620" w:rsidP="00621620">
            <w:pPr>
              <w:rPr>
                <w:rFonts w:eastAsia="Calibri" w:cs="Arial"/>
                <w:sz w:val="24"/>
                <w:szCs w:val="24"/>
              </w:rPr>
            </w:pPr>
            <w:r w:rsidRPr="00621620">
              <w:rPr>
                <w:rFonts w:eastAsia="Calibri" w:cs="Arial"/>
                <w:sz w:val="24"/>
                <w:szCs w:val="24"/>
              </w:rPr>
              <w:t>ΣΥΝΤΑΞΗ</w:t>
            </w:r>
          </w:p>
        </w:tc>
        <w:tc>
          <w:tcPr>
            <w:tcW w:w="5437" w:type="dxa"/>
            <w:vMerge w:val="restart"/>
          </w:tcPr>
          <w:p w14:paraId="5C7758A7" w14:textId="77777777" w:rsidR="00621620" w:rsidRPr="00621620" w:rsidRDefault="00621620" w:rsidP="00621620">
            <w:pPr>
              <w:jc w:val="center"/>
              <w:rPr>
                <w:rFonts w:eastAsia="Calibri" w:cs="Arial"/>
                <w:sz w:val="24"/>
                <w:szCs w:val="24"/>
              </w:rPr>
            </w:pPr>
            <w:r w:rsidRPr="00621620">
              <w:rPr>
                <w:rFonts w:eastAsia="Calibri" w:cs="Arial"/>
                <w:sz w:val="24"/>
                <w:szCs w:val="24"/>
              </w:rPr>
              <w:t>Επιτροπή Σύνταξης – Ομάδα Εργασίας με την ΗΔΜ της 29 Οκτ 2026</w:t>
            </w:r>
          </w:p>
        </w:tc>
      </w:tr>
      <w:tr w:rsidR="00621620" w:rsidRPr="00621620" w14:paraId="78FB72DB" w14:textId="77777777" w:rsidTr="000A5455">
        <w:trPr>
          <w:trHeight w:val="1969"/>
        </w:trPr>
        <w:tc>
          <w:tcPr>
            <w:tcW w:w="3085" w:type="dxa"/>
            <w:vAlign w:val="center"/>
          </w:tcPr>
          <w:p w14:paraId="790D5403" w14:textId="77777777" w:rsidR="00621620" w:rsidRPr="00621620" w:rsidRDefault="00621620" w:rsidP="00621620">
            <w:pPr>
              <w:rPr>
                <w:rFonts w:eastAsia="Calibri" w:cs="Arial"/>
                <w:sz w:val="24"/>
                <w:szCs w:val="24"/>
              </w:rPr>
            </w:pPr>
            <w:r w:rsidRPr="00621620">
              <w:rPr>
                <w:rFonts w:eastAsia="Calibri" w:cs="Arial"/>
                <w:sz w:val="24"/>
                <w:szCs w:val="24"/>
              </w:rPr>
              <w:t>ΕΛΕΓΧΟΣ</w:t>
            </w:r>
          </w:p>
        </w:tc>
        <w:tc>
          <w:tcPr>
            <w:tcW w:w="5437" w:type="dxa"/>
            <w:vMerge/>
            <w:vAlign w:val="center"/>
          </w:tcPr>
          <w:p w14:paraId="0F5CDF9E" w14:textId="77777777" w:rsidR="00621620" w:rsidRPr="00621620" w:rsidRDefault="00621620" w:rsidP="00621620">
            <w:pPr>
              <w:rPr>
                <w:rFonts w:eastAsia="Calibri" w:cs="Arial"/>
                <w:sz w:val="24"/>
                <w:szCs w:val="24"/>
              </w:rPr>
            </w:pPr>
          </w:p>
        </w:tc>
      </w:tr>
      <w:tr w:rsidR="00621620" w:rsidRPr="00621620" w14:paraId="21A56479" w14:textId="77777777" w:rsidTr="000A5455">
        <w:trPr>
          <w:trHeight w:val="2833"/>
        </w:trPr>
        <w:tc>
          <w:tcPr>
            <w:tcW w:w="3085" w:type="dxa"/>
            <w:vAlign w:val="center"/>
          </w:tcPr>
          <w:p w14:paraId="6172402E" w14:textId="77777777" w:rsidR="00621620" w:rsidRPr="00621620" w:rsidRDefault="00621620" w:rsidP="00621620">
            <w:pPr>
              <w:rPr>
                <w:rFonts w:eastAsia="Calibri" w:cs="Arial"/>
                <w:sz w:val="24"/>
                <w:szCs w:val="24"/>
              </w:rPr>
            </w:pPr>
            <w:r w:rsidRPr="00621620">
              <w:rPr>
                <w:rFonts w:eastAsia="Calibri" w:cs="Arial"/>
                <w:sz w:val="24"/>
                <w:szCs w:val="24"/>
              </w:rPr>
              <w:t>ΘΕΩΡΗΣΗ</w:t>
            </w:r>
          </w:p>
        </w:tc>
        <w:tc>
          <w:tcPr>
            <w:tcW w:w="5437" w:type="dxa"/>
          </w:tcPr>
          <w:p w14:paraId="77151207" w14:textId="77777777" w:rsidR="00621620" w:rsidRPr="00621620" w:rsidRDefault="00621620" w:rsidP="00621620">
            <w:pPr>
              <w:rPr>
                <w:rFonts w:eastAsia="Calibri" w:cs="Arial"/>
                <w:sz w:val="24"/>
                <w:szCs w:val="24"/>
              </w:rPr>
            </w:pPr>
          </w:p>
          <w:p w14:paraId="7E619744" w14:textId="77777777" w:rsidR="00621620" w:rsidRPr="00621620" w:rsidRDefault="00621620" w:rsidP="00621620">
            <w:pPr>
              <w:rPr>
                <w:rFonts w:eastAsia="Calibri" w:cs="Arial"/>
                <w:sz w:val="24"/>
                <w:szCs w:val="24"/>
              </w:rPr>
            </w:pPr>
          </w:p>
          <w:p w14:paraId="00F50E4F" w14:textId="77777777" w:rsidR="00621620" w:rsidRPr="00621620" w:rsidRDefault="00621620" w:rsidP="00621620">
            <w:pPr>
              <w:rPr>
                <w:rFonts w:eastAsia="Calibri" w:cs="Arial"/>
                <w:sz w:val="24"/>
                <w:szCs w:val="24"/>
              </w:rPr>
            </w:pPr>
          </w:p>
          <w:p w14:paraId="543290E4" w14:textId="77777777" w:rsidR="00621620" w:rsidRPr="00621620" w:rsidRDefault="00621620" w:rsidP="00621620">
            <w:pPr>
              <w:rPr>
                <w:rFonts w:eastAsia="Calibri" w:cs="Arial"/>
                <w:sz w:val="24"/>
                <w:szCs w:val="24"/>
              </w:rPr>
            </w:pPr>
          </w:p>
          <w:p w14:paraId="32ED4A67" w14:textId="77777777" w:rsidR="00621620" w:rsidRPr="00621620" w:rsidRDefault="00621620" w:rsidP="00621620">
            <w:pPr>
              <w:rPr>
                <w:rFonts w:eastAsia="Calibri" w:cs="Arial"/>
                <w:sz w:val="24"/>
                <w:szCs w:val="24"/>
              </w:rPr>
            </w:pPr>
          </w:p>
          <w:p w14:paraId="544C32F9" w14:textId="77777777" w:rsidR="00621620" w:rsidRPr="00621620" w:rsidRDefault="00621620" w:rsidP="00621620">
            <w:pPr>
              <w:rPr>
                <w:rFonts w:eastAsia="Calibri" w:cs="Arial"/>
                <w:sz w:val="24"/>
                <w:szCs w:val="24"/>
              </w:rPr>
            </w:pPr>
          </w:p>
          <w:p w14:paraId="0A4C6755" w14:textId="77777777" w:rsidR="00621620" w:rsidRPr="00621620" w:rsidRDefault="00621620" w:rsidP="00621620">
            <w:pPr>
              <w:jc w:val="center"/>
              <w:rPr>
                <w:rFonts w:eastAsia="Calibri" w:cs="Arial"/>
                <w:sz w:val="24"/>
                <w:szCs w:val="24"/>
              </w:rPr>
            </w:pPr>
            <w:r w:rsidRPr="00621620">
              <w:rPr>
                <w:rFonts w:eastAsia="Calibri" w:cs="Arial"/>
                <w:sz w:val="24"/>
                <w:szCs w:val="24"/>
              </w:rPr>
              <w:t>Ταγματάρχης (ΥΝ) Αβράμης Βασίλειος</w:t>
            </w:r>
          </w:p>
          <w:p w14:paraId="3024D86F" w14:textId="76A3221A" w:rsidR="00621620" w:rsidRPr="00621620" w:rsidRDefault="00621620" w:rsidP="00621620">
            <w:pPr>
              <w:jc w:val="center"/>
              <w:rPr>
                <w:rFonts w:eastAsia="Calibri" w:cs="Arial"/>
                <w:sz w:val="24"/>
                <w:szCs w:val="24"/>
              </w:rPr>
            </w:pPr>
            <w:r w:rsidRPr="00621620">
              <w:rPr>
                <w:rFonts w:eastAsia="Calibri" w:cs="Arial"/>
                <w:sz w:val="24"/>
                <w:szCs w:val="24"/>
              </w:rPr>
              <w:t>Διοικητής 21</w:t>
            </w:r>
            <w:r w:rsidR="00DF65C0">
              <w:rPr>
                <w:rFonts w:eastAsia="Calibri" w:cs="Arial"/>
                <w:sz w:val="24"/>
                <w:szCs w:val="24"/>
              </w:rPr>
              <w:t>9</w:t>
            </w:r>
            <w:r w:rsidRPr="00621620">
              <w:rPr>
                <w:rFonts w:eastAsia="Calibri" w:cs="Arial"/>
                <w:sz w:val="24"/>
                <w:szCs w:val="24"/>
              </w:rPr>
              <w:t xml:space="preserve"> ΚΙΧΝΕ</w:t>
            </w:r>
          </w:p>
          <w:p w14:paraId="108FE8C7" w14:textId="77777777" w:rsidR="00621620" w:rsidRPr="00621620" w:rsidRDefault="00621620" w:rsidP="00621620">
            <w:pPr>
              <w:rPr>
                <w:rFonts w:eastAsia="Calibri" w:cs="Arial"/>
                <w:sz w:val="24"/>
                <w:szCs w:val="24"/>
              </w:rPr>
            </w:pPr>
          </w:p>
          <w:p w14:paraId="7BE1D495" w14:textId="77777777" w:rsidR="00621620" w:rsidRPr="00621620" w:rsidRDefault="00621620" w:rsidP="00621620">
            <w:pPr>
              <w:jc w:val="right"/>
              <w:rPr>
                <w:rFonts w:eastAsia="Calibri" w:cs="Arial"/>
                <w:sz w:val="24"/>
                <w:szCs w:val="24"/>
              </w:rPr>
            </w:pPr>
            <w:r w:rsidRPr="00621620">
              <w:rPr>
                <w:rFonts w:eastAsia="Calibri" w:cs="Arial"/>
                <w:sz w:val="24"/>
                <w:szCs w:val="24"/>
              </w:rPr>
              <w:t>29 Οκτ 2026</w:t>
            </w:r>
          </w:p>
        </w:tc>
      </w:tr>
    </w:tbl>
    <w:p w14:paraId="610C31AC" w14:textId="77777777" w:rsidR="00621620" w:rsidRDefault="00621620">
      <w:pPr>
        <w:rPr>
          <w:rFonts w:cs="Arial"/>
          <w:sz w:val="22"/>
          <w:lang w:val="el-GR"/>
        </w:rPr>
      </w:pPr>
    </w:p>
    <w:p w14:paraId="2BDA8AC6" w14:textId="77777777" w:rsidR="00621620" w:rsidRDefault="00621620">
      <w:pPr>
        <w:rPr>
          <w:rFonts w:cs="Arial"/>
          <w:sz w:val="22"/>
          <w:lang w:val="el-GR"/>
        </w:rPr>
      </w:pPr>
    </w:p>
    <w:p w14:paraId="7A0A87FF" w14:textId="77777777" w:rsidR="00621620" w:rsidRDefault="00621620">
      <w:pPr>
        <w:rPr>
          <w:rFonts w:cs="Arial"/>
          <w:sz w:val="22"/>
          <w:lang w:val="el-GR"/>
        </w:rPr>
      </w:pPr>
    </w:p>
    <w:p w14:paraId="01103914" w14:textId="77777777" w:rsidR="00621620" w:rsidRDefault="00621620">
      <w:pPr>
        <w:rPr>
          <w:rFonts w:cs="Arial"/>
          <w:sz w:val="22"/>
          <w:lang w:val="el-GR"/>
        </w:rPr>
      </w:pPr>
    </w:p>
    <w:p w14:paraId="666A560E" w14:textId="77777777" w:rsidR="00621620" w:rsidRDefault="00621620">
      <w:pPr>
        <w:rPr>
          <w:rFonts w:cs="Arial"/>
          <w:sz w:val="22"/>
          <w:lang w:val="el-GR"/>
        </w:rPr>
      </w:pPr>
    </w:p>
    <w:p w14:paraId="18745438" w14:textId="77777777" w:rsidR="00621620" w:rsidRDefault="00621620">
      <w:pPr>
        <w:rPr>
          <w:rFonts w:cs="Arial"/>
          <w:sz w:val="22"/>
          <w:lang w:val="el-GR"/>
        </w:rPr>
      </w:pPr>
    </w:p>
    <w:p w14:paraId="41CFB452" w14:textId="77777777" w:rsidR="00621620" w:rsidRDefault="00621620">
      <w:pPr>
        <w:rPr>
          <w:rFonts w:cs="Arial"/>
          <w:sz w:val="22"/>
          <w:lang w:val="el-GR"/>
        </w:rPr>
      </w:pPr>
    </w:p>
    <w:p w14:paraId="58458EAC" w14:textId="77777777" w:rsidR="00621620" w:rsidRDefault="00621620">
      <w:pPr>
        <w:rPr>
          <w:rFonts w:cs="Arial"/>
          <w:sz w:val="22"/>
          <w:lang w:val="el-GR"/>
        </w:rPr>
      </w:pPr>
    </w:p>
    <w:p w14:paraId="7F7F3100" w14:textId="77777777" w:rsidR="00631568" w:rsidRPr="00F57085" w:rsidRDefault="00631568">
      <w:pPr>
        <w:spacing w:after="60"/>
        <w:rPr>
          <w:rFonts w:cs="Arial"/>
          <w:sz w:val="22"/>
          <w:lang w:val="el-GR"/>
        </w:rPr>
      </w:pPr>
    </w:p>
    <w:sectPr w:rsidR="00631568" w:rsidRPr="00F57085" w:rsidSect="00F57085">
      <w:headerReference w:type="default" r:id="rId10"/>
      <w:pgSz w:w="12240" w:h="15840"/>
      <w:pgMar w:top="1008" w:right="1152" w:bottom="1008" w:left="1152"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F0BA9" w14:textId="77777777" w:rsidR="00C1298B" w:rsidRDefault="00C1298B">
      <w:pPr>
        <w:spacing w:after="0" w:line="240" w:lineRule="auto"/>
      </w:pPr>
      <w:r>
        <w:separator/>
      </w:r>
    </w:p>
  </w:endnote>
  <w:endnote w:type="continuationSeparator" w:id="0">
    <w:p w14:paraId="56D07EDA" w14:textId="77777777" w:rsidR="00C1298B" w:rsidRDefault="00C12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8E43" w14:textId="77777777" w:rsidR="00C1298B" w:rsidRDefault="00C1298B">
      <w:pPr>
        <w:spacing w:after="0" w:line="240" w:lineRule="auto"/>
      </w:pPr>
      <w:r>
        <w:separator/>
      </w:r>
    </w:p>
  </w:footnote>
  <w:footnote w:type="continuationSeparator" w:id="0">
    <w:p w14:paraId="2AC183EF" w14:textId="77777777" w:rsidR="00C1298B" w:rsidRDefault="00C12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5574" w14:textId="77777777" w:rsidR="000A5455" w:rsidRDefault="00000000">
    <w:pPr>
      <w:pStyle w:val="a5"/>
      <w:jc w:val="center"/>
    </w:pPr>
    <w:sdt>
      <w:sdtPr>
        <w:id w:val="-1875224205"/>
        <w:docPartObj>
          <w:docPartGallery w:val="Page Numbers (Top of Page)"/>
          <w:docPartUnique/>
        </w:docPartObj>
      </w:sdtPr>
      <w:sdtEndPr>
        <w:rPr>
          <w:noProof/>
        </w:rPr>
      </w:sdtEndPr>
      <w:sdtContent>
        <w:r w:rsidR="000A5455">
          <w:fldChar w:fldCharType="begin"/>
        </w:r>
        <w:r w:rsidR="000A5455">
          <w:instrText xml:space="preserve"> PAGE   \* MERGEFORMAT </w:instrText>
        </w:r>
        <w:r w:rsidR="000A5455">
          <w:fldChar w:fldCharType="separate"/>
        </w:r>
        <w:r w:rsidR="005A4DF5">
          <w:rPr>
            <w:noProof/>
          </w:rPr>
          <w:t>4</w:t>
        </w:r>
        <w:r w:rsidR="000A5455">
          <w:rPr>
            <w:noProof/>
          </w:rPr>
          <w:fldChar w:fldCharType="end"/>
        </w:r>
      </w:sdtContent>
    </w:sdt>
  </w:p>
  <w:p w14:paraId="35D33F73" w14:textId="77777777" w:rsidR="000A5455" w:rsidRDefault="000A5455" w:rsidP="000A5455">
    <w:pPr>
      <w:pStyle w:val="a5"/>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021365"/>
      <w:docPartObj>
        <w:docPartGallery w:val="Page Numbers (Top of Page)"/>
        <w:docPartUnique/>
      </w:docPartObj>
    </w:sdtPr>
    <w:sdtContent>
      <w:p w14:paraId="21C9C287" w14:textId="77777777" w:rsidR="000A5455" w:rsidRDefault="000A5455">
        <w:pPr>
          <w:pStyle w:val="a5"/>
          <w:jc w:val="center"/>
        </w:pPr>
        <w:r>
          <w:fldChar w:fldCharType="begin"/>
        </w:r>
        <w:r>
          <w:instrText>PAGE   \* MERGEFORMAT</w:instrText>
        </w:r>
        <w:r>
          <w:fldChar w:fldCharType="separate"/>
        </w:r>
        <w:r w:rsidR="005A4DF5" w:rsidRPr="005A4DF5">
          <w:rPr>
            <w:noProof/>
            <w:lang w:val="el-GR"/>
          </w:rPr>
          <w:t>12</w:t>
        </w:r>
        <w:r>
          <w:fldChar w:fldCharType="end"/>
        </w:r>
      </w:p>
    </w:sdtContent>
  </w:sdt>
  <w:p w14:paraId="54386BAA" w14:textId="77777777" w:rsidR="000A5455" w:rsidRDefault="000A5455">
    <w:pPr>
      <w:pStyle w:val="a5"/>
    </w:pPr>
  </w:p>
  <w:p w14:paraId="1387428F" w14:textId="77777777" w:rsidR="000A5455" w:rsidRDefault="000A54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45C28AC"/>
    <w:multiLevelType w:val="hybridMultilevel"/>
    <w:tmpl w:val="5AE2FF8E"/>
    <w:lvl w:ilvl="0" w:tplc="0408000F">
      <w:start w:val="1"/>
      <w:numFmt w:val="decimal"/>
      <w:lvlText w:val="%1."/>
      <w:lvlJc w:val="left"/>
      <w:pPr>
        <w:ind w:left="3336" w:hanging="360"/>
      </w:pPr>
      <w:rPr>
        <w:rFonts w:hint="default"/>
      </w:rPr>
    </w:lvl>
    <w:lvl w:ilvl="1" w:tplc="04080019" w:tentative="1">
      <w:start w:val="1"/>
      <w:numFmt w:val="lowerLetter"/>
      <w:lvlText w:val="%2."/>
      <w:lvlJc w:val="left"/>
      <w:pPr>
        <w:ind w:left="4056" w:hanging="360"/>
      </w:pPr>
    </w:lvl>
    <w:lvl w:ilvl="2" w:tplc="0408001B" w:tentative="1">
      <w:start w:val="1"/>
      <w:numFmt w:val="lowerRoman"/>
      <w:lvlText w:val="%3."/>
      <w:lvlJc w:val="right"/>
      <w:pPr>
        <w:ind w:left="4776" w:hanging="180"/>
      </w:pPr>
    </w:lvl>
    <w:lvl w:ilvl="3" w:tplc="0408000F" w:tentative="1">
      <w:start w:val="1"/>
      <w:numFmt w:val="decimal"/>
      <w:lvlText w:val="%4."/>
      <w:lvlJc w:val="left"/>
      <w:pPr>
        <w:ind w:left="5496" w:hanging="360"/>
      </w:pPr>
    </w:lvl>
    <w:lvl w:ilvl="4" w:tplc="04080019" w:tentative="1">
      <w:start w:val="1"/>
      <w:numFmt w:val="lowerLetter"/>
      <w:lvlText w:val="%5."/>
      <w:lvlJc w:val="left"/>
      <w:pPr>
        <w:ind w:left="6216" w:hanging="360"/>
      </w:pPr>
    </w:lvl>
    <w:lvl w:ilvl="5" w:tplc="0408001B" w:tentative="1">
      <w:start w:val="1"/>
      <w:numFmt w:val="lowerRoman"/>
      <w:lvlText w:val="%6."/>
      <w:lvlJc w:val="right"/>
      <w:pPr>
        <w:ind w:left="6936" w:hanging="180"/>
      </w:pPr>
    </w:lvl>
    <w:lvl w:ilvl="6" w:tplc="0408000F" w:tentative="1">
      <w:start w:val="1"/>
      <w:numFmt w:val="decimal"/>
      <w:lvlText w:val="%7."/>
      <w:lvlJc w:val="left"/>
      <w:pPr>
        <w:ind w:left="7656" w:hanging="360"/>
      </w:pPr>
    </w:lvl>
    <w:lvl w:ilvl="7" w:tplc="04080019" w:tentative="1">
      <w:start w:val="1"/>
      <w:numFmt w:val="lowerLetter"/>
      <w:lvlText w:val="%8."/>
      <w:lvlJc w:val="left"/>
      <w:pPr>
        <w:ind w:left="8376" w:hanging="360"/>
      </w:pPr>
    </w:lvl>
    <w:lvl w:ilvl="8" w:tplc="0408001B" w:tentative="1">
      <w:start w:val="1"/>
      <w:numFmt w:val="lowerRoman"/>
      <w:lvlText w:val="%9."/>
      <w:lvlJc w:val="right"/>
      <w:pPr>
        <w:ind w:left="9096" w:hanging="180"/>
      </w:pPr>
    </w:lvl>
  </w:abstractNum>
  <w:num w:numId="1" w16cid:durableId="1102922398">
    <w:abstractNumId w:val="8"/>
  </w:num>
  <w:num w:numId="2" w16cid:durableId="234318412">
    <w:abstractNumId w:val="6"/>
  </w:num>
  <w:num w:numId="3" w16cid:durableId="890458574">
    <w:abstractNumId w:val="5"/>
  </w:num>
  <w:num w:numId="4" w16cid:durableId="1515261256">
    <w:abstractNumId w:val="4"/>
  </w:num>
  <w:num w:numId="5" w16cid:durableId="1363942497">
    <w:abstractNumId w:val="7"/>
  </w:num>
  <w:num w:numId="6" w16cid:durableId="116221936">
    <w:abstractNumId w:val="3"/>
  </w:num>
  <w:num w:numId="7" w16cid:durableId="762149886">
    <w:abstractNumId w:val="2"/>
  </w:num>
  <w:num w:numId="8" w16cid:durableId="1156258833">
    <w:abstractNumId w:val="1"/>
  </w:num>
  <w:num w:numId="9" w16cid:durableId="1298149588">
    <w:abstractNumId w:val="0"/>
  </w:num>
  <w:num w:numId="10" w16cid:durableId="1632042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A5455"/>
    <w:rsid w:val="00106C4D"/>
    <w:rsid w:val="0015074B"/>
    <w:rsid w:val="00185176"/>
    <w:rsid w:val="0029639D"/>
    <w:rsid w:val="00326F90"/>
    <w:rsid w:val="004378AD"/>
    <w:rsid w:val="00451C13"/>
    <w:rsid w:val="005A4DF5"/>
    <w:rsid w:val="00621620"/>
    <w:rsid w:val="00631568"/>
    <w:rsid w:val="00693997"/>
    <w:rsid w:val="0088511D"/>
    <w:rsid w:val="00981513"/>
    <w:rsid w:val="00AA1D8D"/>
    <w:rsid w:val="00AC1D1D"/>
    <w:rsid w:val="00B47730"/>
    <w:rsid w:val="00BD2F5F"/>
    <w:rsid w:val="00C1298B"/>
    <w:rsid w:val="00C96181"/>
    <w:rsid w:val="00CB0664"/>
    <w:rsid w:val="00DF65C0"/>
    <w:rsid w:val="00E20BE3"/>
    <w:rsid w:val="00E30AF0"/>
    <w:rsid w:val="00EF240F"/>
    <w:rsid w:val="00F5708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2D73EB"/>
  <w14:defaultImageDpi w14:val="300"/>
  <w15:docId w15:val="{B9533E14-0BED-4E3D-BCAB-7C20277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19"/>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0"/>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3">
    <w:name w:val="Πλέγμα πίνακα1"/>
    <w:basedOn w:val="a3"/>
    <w:next w:val="afa"/>
    <w:uiPriority w:val="39"/>
    <w:rsid w:val="00621620"/>
    <w:pPr>
      <w:spacing w:after="0" w:line="240" w:lineRule="auto"/>
    </w:pPr>
    <w:rPr>
      <w:rFonts w:eastAsia="Calibri"/>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alloon Text"/>
    <w:basedOn w:val="a1"/>
    <w:link w:val="Char7"/>
    <w:uiPriority w:val="99"/>
    <w:semiHidden/>
    <w:unhideWhenUsed/>
    <w:rsid w:val="005A4DF5"/>
    <w:pPr>
      <w:spacing w:after="0" w:line="240" w:lineRule="auto"/>
    </w:pPr>
    <w:rPr>
      <w:rFonts w:ascii="Segoe UI" w:hAnsi="Segoe UI" w:cs="Segoe UI"/>
      <w:sz w:val="18"/>
      <w:szCs w:val="18"/>
    </w:rPr>
  </w:style>
  <w:style w:type="character" w:customStyle="1" w:styleId="Char7">
    <w:name w:val="Κείμενο πλαισίου Char"/>
    <w:basedOn w:val="a2"/>
    <w:link w:val="aff2"/>
    <w:uiPriority w:val="99"/>
    <w:semiHidden/>
    <w:rsid w:val="005A4DF5"/>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5AE04-E142-4CDC-BAB7-FF37ECA4F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Pages>
  <Words>2863</Words>
  <Characters>15465</Characters>
  <Application>Microsoft Office Word</Application>
  <DocSecurity>0</DocSecurity>
  <Lines>128</Lines>
  <Paragraphs>36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σοφία φωτιάδου</cp:lastModifiedBy>
  <cp:revision>10</cp:revision>
  <cp:lastPrinted>2026-10-29T11:24:00Z</cp:lastPrinted>
  <dcterms:created xsi:type="dcterms:W3CDTF">2026-10-29T10:07:00Z</dcterms:created>
  <dcterms:modified xsi:type="dcterms:W3CDTF">2026-10-29T15:11:00Z</dcterms:modified>
  <cp:category/>
</cp:coreProperties>
</file>